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10166"/>
      </w:tblGrid>
      <w:tr w:rsidR="005374D4" w:rsidRPr="00796EBF" w14:paraId="2E99157B" w14:textId="77777777">
        <w:trPr>
          <w:jc w:val="center"/>
        </w:trPr>
        <w:tc>
          <w:tcPr>
            <w:tcW w:w="10166" w:type="dxa"/>
            <w:shd w:val="clear" w:color="auto" w:fill="003C71"/>
            <w:tcMar>
              <w:top w:w="220" w:type="dxa"/>
              <w:left w:w="260" w:type="dxa"/>
              <w:bottom w:w="220" w:type="dxa"/>
              <w:right w:w="260" w:type="dxa"/>
            </w:tcMar>
          </w:tcPr>
          <w:p w14:paraId="2A8B1AD9" w14:textId="77777777" w:rsidR="005374D4" w:rsidRPr="00D10C64" w:rsidRDefault="00000000">
            <w:pPr>
              <w:rPr>
                <w:rFonts w:ascii="Calibri" w:hAnsi="Calibri" w:cs="Calibri"/>
                <w:sz w:val="32"/>
                <w:szCs w:val="32"/>
              </w:rPr>
            </w:pPr>
            <w:r w:rsidRPr="00D10C64">
              <w:rPr>
                <w:rFonts w:ascii="Calibri" w:hAnsi="Calibri" w:cs="Calibri"/>
                <w:b/>
                <w:color w:val="FFB81C"/>
                <w:sz w:val="32"/>
                <w:szCs w:val="32"/>
              </w:rPr>
              <w:t>CITY OF PITTSBURGH</w:t>
            </w:r>
          </w:p>
          <w:p w14:paraId="3591C762" w14:textId="77777777" w:rsidR="005374D4" w:rsidRPr="00D10C64" w:rsidRDefault="00000000">
            <w:pPr>
              <w:rPr>
                <w:rFonts w:ascii="Calibri" w:hAnsi="Calibri" w:cs="Calibri"/>
                <w:sz w:val="48"/>
                <w:szCs w:val="48"/>
              </w:rPr>
            </w:pPr>
            <w:r w:rsidRPr="00D10C64">
              <w:rPr>
                <w:rFonts w:ascii="Calibri" w:hAnsi="Calibri" w:cs="Calibri"/>
                <w:b/>
                <w:color w:val="FFFFFF"/>
                <w:sz w:val="48"/>
                <w:szCs w:val="48"/>
              </w:rPr>
              <w:t>Youth Climate Action Fund</w:t>
            </w:r>
          </w:p>
          <w:p w14:paraId="349AB832" w14:textId="769EC821" w:rsidR="005374D4" w:rsidRPr="00D10C64" w:rsidRDefault="00000000">
            <w:pPr>
              <w:rPr>
                <w:rFonts w:ascii="Calibri" w:hAnsi="Calibri" w:cs="Calibri"/>
                <w:sz w:val="32"/>
                <w:szCs w:val="32"/>
              </w:rPr>
            </w:pPr>
            <w:r w:rsidRPr="00D10C64">
              <w:rPr>
                <w:rFonts w:ascii="Calibri" w:hAnsi="Calibri" w:cs="Calibri"/>
                <w:b/>
                <w:color w:val="FFFFFF"/>
                <w:sz w:val="32"/>
                <w:szCs w:val="32"/>
              </w:rPr>
              <w:t>APPLICATION WORKBOOK</w:t>
            </w:r>
          </w:p>
        </w:tc>
      </w:tr>
    </w:tbl>
    <w:p w14:paraId="41D9D5D1" w14:textId="77777777" w:rsidR="005374D4" w:rsidRPr="00796EBF" w:rsidRDefault="00000000">
      <w:pPr>
        <w:spacing w:before="200"/>
        <w:rPr>
          <w:rFonts w:ascii="Calibri" w:hAnsi="Calibri" w:cs="Calibri"/>
          <w:sz w:val="24"/>
          <w:szCs w:val="24"/>
        </w:rPr>
      </w:pPr>
      <w:r w:rsidRPr="00796EBF">
        <w:rPr>
          <w:rFonts w:ascii="Calibri" w:hAnsi="Calibri" w:cs="Calibri"/>
          <w:b/>
          <w:color w:val="0B4F8A"/>
          <w:sz w:val="24"/>
          <w:szCs w:val="24"/>
        </w:rPr>
        <w:t>How to use this document</w:t>
      </w:r>
    </w:p>
    <w:p w14:paraId="5CEC8D5D" w14:textId="77777777" w:rsidR="005374D4" w:rsidRPr="00796EBF" w:rsidRDefault="00000000">
      <w:pPr>
        <w:rPr>
          <w:rFonts w:ascii="Calibri" w:hAnsi="Calibri" w:cs="Calibri"/>
          <w:sz w:val="24"/>
          <w:szCs w:val="24"/>
        </w:rPr>
      </w:pPr>
      <w:r w:rsidRPr="00796EBF">
        <w:rPr>
          <w:rFonts w:ascii="Calibri" w:hAnsi="Calibri" w:cs="Calibri"/>
          <w:sz w:val="24"/>
          <w:szCs w:val="24"/>
        </w:rPr>
        <w:t>Download and save a copy of this Word document before entering responses. Replace the instructional text inside each blue response box with your answer. The boxes will expand as you type. Youth project leads and the sponsoring organization may work together in the same document.</w:t>
      </w:r>
    </w:p>
    <w:tbl>
      <w:tblPr>
        <w:tblW w:w="0" w:type="auto"/>
        <w:tblLook w:val="04A0" w:firstRow="1" w:lastRow="0" w:firstColumn="1" w:lastColumn="0" w:noHBand="0" w:noVBand="1"/>
      </w:tblPr>
      <w:tblGrid>
        <w:gridCol w:w="10166"/>
      </w:tblGrid>
      <w:tr w:rsidR="005374D4" w:rsidRPr="00796EBF" w14:paraId="3BEB15E4" w14:textId="77777777">
        <w:tc>
          <w:tcPr>
            <w:tcW w:w="10166" w:type="dxa"/>
            <w:shd w:val="clear" w:color="auto" w:fill="FFF4D6"/>
            <w:tcMar>
              <w:top w:w="150" w:type="dxa"/>
              <w:left w:w="170" w:type="dxa"/>
              <w:bottom w:w="150" w:type="dxa"/>
              <w:right w:w="170" w:type="dxa"/>
            </w:tcMar>
          </w:tcPr>
          <w:p w14:paraId="79F80BD6" w14:textId="77777777" w:rsidR="005374D4" w:rsidRPr="00796EBF" w:rsidRDefault="00000000">
            <w:pPr>
              <w:rPr>
                <w:rFonts w:ascii="Calibri" w:hAnsi="Calibri" w:cs="Calibri"/>
                <w:sz w:val="24"/>
                <w:szCs w:val="24"/>
              </w:rPr>
            </w:pPr>
            <w:r w:rsidRPr="00796EBF">
              <w:rPr>
                <w:rFonts w:ascii="Calibri" w:hAnsi="Calibri" w:cs="Calibri"/>
                <w:b/>
                <w:color w:val="003C71"/>
                <w:sz w:val="24"/>
                <w:szCs w:val="24"/>
              </w:rPr>
              <w:t xml:space="preserve">To submit: </w:t>
            </w:r>
            <w:r w:rsidRPr="00796EBF">
              <w:rPr>
                <w:rFonts w:ascii="Calibri" w:hAnsi="Calibri" w:cs="Calibri"/>
                <w:sz w:val="24"/>
                <w:szCs w:val="24"/>
              </w:rPr>
              <w:t>When the application is complete, save or export it as a PDF. Upload the application PDF and the completed budget PDF through the YCAF Application page on EngagePGH. The online submission form is the official submission record.</w:t>
            </w:r>
          </w:p>
        </w:tc>
      </w:tr>
    </w:tbl>
    <w:tbl>
      <w:tblPr>
        <w:tblW w:w="0" w:type="auto"/>
        <w:jc w:val="center"/>
        <w:tblLayout w:type="fixed"/>
        <w:tblLook w:val="04A0" w:firstRow="1" w:lastRow="0" w:firstColumn="1" w:lastColumn="0" w:noHBand="0" w:noVBand="1"/>
      </w:tblPr>
      <w:tblGrid>
        <w:gridCol w:w="4860"/>
        <w:gridCol w:w="5306"/>
      </w:tblGrid>
      <w:tr w:rsidR="005374D4" w:rsidRPr="00796EBF" w14:paraId="3E6AB79A" w14:textId="77777777" w:rsidTr="00796EBF">
        <w:trPr>
          <w:jc w:val="center"/>
        </w:trPr>
        <w:tc>
          <w:tcPr>
            <w:tcW w:w="4860" w:type="dxa"/>
            <w:shd w:val="clear" w:color="auto" w:fill="003C71"/>
            <w:tcMar>
              <w:top w:w="80" w:type="dxa"/>
              <w:left w:w="130" w:type="dxa"/>
              <w:bottom w:w="80" w:type="dxa"/>
              <w:right w:w="130" w:type="dxa"/>
            </w:tcMar>
          </w:tcPr>
          <w:p w14:paraId="44B39D20" w14:textId="77777777" w:rsidR="005374D4" w:rsidRPr="00796EBF" w:rsidRDefault="00000000">
            <w:pPr>
              <w:rPr>
                <w:rFonts w:ascii="Calibri" w:hAnsi="Calibri" w:cs="Calibri"/>
                <w:sz w:val="24"/>
                <w:szCs w:val="24"/>
              </w:rPr>
            </w:pPr>
            <w:r w:rsidRPr="00796EBF">
              <w:rPr>
                <w:rFonts w:ascii="Calibri" w:hAnsi="Calibri" w:cs="Calibri"/>
                <w:b/>
                <w:color w:val="FFFFFF"/>
                <w:sz w:val="24"/>
                <w:szCs w:val="24"/>
              </w:rPr>
              <w:t>Funding available</w:t>
            </w:r>
          </w:p>
        </w:tc>
        <w:tc>
          <w:tcPr>
            <w:tcW w:w="5306" w:type="dxa"/>
            <w:shd w:val="clear" w:color="auto" w:fill="F2F4F6"/>
            <w:tcMar>
              <w:top w:w="80" w:type="dxa"/>
              <w:left w:w="130" w:type="dxa"/>
              <w:bottom w:w="80" w:type="dxa"/>
              <w:right w:w="130" w:type="dxa"/>
            </w:tcMar>
          </w:tcPr>
          <w:p w14:paraId="399FB189" w14:textId="77777777" w:rsidR="005374D4" w:rsidRPr="00796EBF" w:rsidRDefault="00000000">
            <w:pPr>
              <w:rPr>
                <w:rFonts w:ascii="Calibri" w:hAnsi="Calibri" w:cs="Calibri"/>
                <w:sz w:val="24"/>
                <w:szCs w:val="24"/>
              </w:rPr>
            </w:pPr>
            <w:r w:rsidRPr="00796EBF">
              <w:rPr>
                <w:rFonts w:ascii="Calibri" w:hAnsi="Calibri" w:cs="Calibri"/>
                <w:sz w:val="24"/>
                <w:szCs w:val="24"/>
              </w:rPr>
              <w:t>$1,000–$5,000 per project</w:t>
            </w:r>
          </w:p>
        </w:tc>
      </w:tr>
      <w:tr w:rsidR="005374D4" w:rsidRPr="00796EBF" w14:paraId="2D061CFB" w14:textId="77777777" w:rsidTr="00796EBF">
        <w:trPr>
          <w:jc w:val="center"/>
        </w:trPr>
        <w:tc>
          <w:tcPr>
            <w:tcW w:w="4860" w:type="dxa"/>
            <w:shd w:val="clear" w:color="auto" w:fill="003C71"/>
            <w:tcMar>
              <w:top w:w="80" w:type="dxa"/>
              <w:left w:w="130" w:type="dxa"/>
              <w:bottom w:w="80" w:type="dxa"/>
              <w:right w:w="130" w:type="dxa"/>
            </w:tcMar>
          </w:tcPr>
          <w:p w14:paraId="1F1258D4" w14:textId="77777777" w:rsidR="005374D4" w:rsidRPr="00796EBF" w:rsidRDefault="00000000">
            <w:pPr>
              <w:rPr>
                <w:rFonts w:ascii="Calibri" w:hAnsi="Calibri" w:cs="Calibri"/>
                <w:sz w:val="24"/>
                <w:szCs w:val="24"/>
              </w:rPr>
            </w:pPr>
            <w:r w:rsidRPr="00796EBF">
              <w:rPr>
                <w:rFonts w:ascii="Calibri" w:hAnsi="Calibri" w:cs="Calibri"/>
                <w:b/>
                <w:color w:val="FFFFFF"/>
                <w:sz w:val="24"/>
                <w:szCs w:val="24"/>
              </w:rPr>
              <w:t>Application deadline</w:t>
            </w:r>
          </w:p>
        </w:tc>
        <w:tc>
          <w:tcPr>
            <w:tcW w:w="5306" w:type="dxa"/>
            <w:shd w:val="clear" w:color="auto" w:fill="F2F4F6"/>
            <w:tcMar>
              <w:top w:w="80" w:type="dxa"/>
              <w:left w:w="130" w:type="dxa"/>
              <w:bottom w:w="80" w:type="dxa"/>
              <w:right w:w="130" w:type="dxa"/>
            </w:tcMar>
          </w:tcPr>
          <w:p w14:paraId="1DE6743D" w14:textId="7BEF8D15" w:rsidR="005374D4" w:rsidRPr="00796EBF" w:rsidRDefault="00000000">
            <w:pPr>
              <w:rPr>
                <w:rFonts w:ascii="Calibri" w:hAnsi="Calibri" w:cs="Calibri"/>
                <w:sz w:val="24"/>
                <w:szCs w:val="24"/>
              </w:rPr>
            </w:pPr>
            <w:r w:rsidRPr="00796EBF">
              <w:rPr>
                <w:rFonts w:ascii="Calibri" w:hAnsi="Calibri" w:cs="Calibri"/>
                <w:sz w:val="24"/>
                <w:szCs w:val="24"/>
              </w:rPr>
              <w:t xml:space="preserve">October </w:t>
            </w:r>
            <w:r w:rsidR="00796EBF" w:rsidRPr="00796EBF">
              <w:rPr>
                <w:rFonts w:ascii="Calibri" w:hAnsi="Calibri" w:cs="Calibri"/>
                <w:sz w:val="24"/>
                <w:szCs w:val="24"/>
              </w:rPr>
              <w:t>2</w:t>
            </w:r>
            <w:r w:rsidRPr="00796EBF">
              <w:rPr>
                <w:rFonts w:ascii="Calibri" w:hAnsi="Calibri" w:cs="Calibri"/>
                <w:sz w:val="24"/>
                <w:szCs w:val="24"/>
              </w:rPr>
              <w:t>, 2026, at 11:59 p.m. Eastern Time</w:t>
            </w:r>
          </w:p>
        </w:tc>
      </w:tr>
      <w:tr w:rsidR="005374D4" w:rsidRPr="00796EBF" w14:paraId="2AE2E804" w14:textId="77777777" w:rsidTr="00796EBF">
        <w:trPr>
          <w:jc w:val="center"/>
        </w:trPr>
        <w:tc>
          <w:tcPr>
            <w:tcW w:w="4860" w:type="dxa"/>
            <w:shd w:val="clear" w:color="auto" w:fill="003C71"/>
            <w:tcMar>
              <w:top w:w="80" w:type="dxa"/>
              <w:left w:w="130" w:type="dxa"/>
              <w:bottom w:w="80" w:type="dxa"/>
              <w:right w:w="130" w:type="dxa"/>
            </w:tcMar>
          </w:tcPr>
          <w:p w14:paraId="5E929456" w14:textId="77777777" w:rsidR="005374D4" w:rsidRPr="00796EBF" w:rsidRDefault="00000000">
            <w:pPr>
              <w:rPr>
                <w:rFonts w:ascii="Calibri" w:hAnsi="Calibri" w:cs="Calibri"/>
                <w:sz w:val="24"/>
                <w:szCs w:val="24"/>
              </w:rPr>
            </w:pPr>
            <w:r w:rsidRPr="00796EBF">
              <w:rPr>
                <w:rFonts w:ascii="Calibri" w:hAnsi="Calibri" w:cs="Calibri"/>
                <w:b/>
                <w:color w:val="FFFFFF"/>
                <w:sz w:val="24"/>
                <w:szCs w:val="24"/>
              </w:rPr>
              <w:t>Project period</w:t>
            </w:r>
          </w:p>
        </w:tc>
        <w:tc>
          <w:tcPr>
            <w:tcW w:w="5306" w:type="dxa"/>
            <w:shd w:val="clear" w:color="auto" w:fill="F2F4F6"/>
            <w:tcMar>
              <w:top w:w="80" w:type="dxa"/>
              <w:left w:w="130" w:type="dxa"/>
              <w:bottom w:w="80" w:type="dxa"/>
              <w:right w:w="130" w:type="dxa"/>
            </w:tcMar>
          </w:tcPr>
          <w:p w14:paraId="38518833" w14:textId="77777777" w:rsidR="005374D4" w:rsidRPr="00796EBF" w:rsidRDefault="00000000">
            <w:pPr>
              <w:rPr>
                <w:rFonts w:ascii="Calibri" w:hAnsi="Calibri" w:cs="Calibri"/>
                <w:sz w:val="24"/>
                <w:szCs w:val="24"/>
              </w:rPr>
            </w:pPr>
            <w:r w:rsidRPr="00796EBF">
              <w:rPr>
                <w:rFonts w:ascii="Calibri" w:hAnsi="Calibri" w:cs="Calibri"/>
                <w:sz w:val="24"/>
                <w:szCs w:val="24"/>
              </w:rPr>
              <w:t>November 2026–April 15, 2027</w:t>
            </w:r>
          </w:p>
        </w:tc>
      </w:tr>
    </w:tbl>
    <w:p w14:paraId="5DEBB2F9" w14:textId="77777777" w:rsidR="005374D4" w:rsidRPr="00796EBF" w:rsidRDefault="005374D4">
      <w:pPr>
        <w:rPr>
          <w:rFonts w:ascii="Calibri" w:hAnsi="Calibri" w:cs="Calibri"/>
          <w:sz w:val="24"/>
          <w:szCs w:val="24"/>
        </w:rPr>
      </w:pPr>
    </w:p>
    <w:p w14:paraId="363DEC46" w14:textId="45967457" w:rsidR="005374D4" w:rsidRPr="00796EBF" w:rsidRDefault="00000000">
      <w:pPr>
        <w:rPr>
          <w:rFonts w:ascii="Calibri" w:hAnsi="Calibri" w:cs="Calibri"/>
          <w:sz w:val="24"/>
          <w:szCs w:val="24"/>
        </w:rPr>
      </w:pPr>
      <w:r w:rsidRPr="00796EBF">
        <w:rPr>
          <w:rFonts w:ascii="Calibri" w:hAnsi="Calibri" w:cs="Calibri"/>
          <w:b/>
          <w:sz w:val="24"/>
          <w:szCs w:val="24"/>
        </w:rPr>
        <w:t xml:space="preserve">Program information and online submission: </w:t>
      </w:r>
      <w:hyperlink r:id="rId8" w:history="1">
        <w:r w:rsidR="00796EBF" w:rsidRPr="00796EBF">
          <w:rPr>
            <w:rStyle w:val="Hyperlink"/>
            <w:rFonts w:ascii="Calibri" w:hAnsi="Calibri" w:cs="Calibri"/>
            <w:b/>
            <w:sz w:val="24"/>
            <w:szCs w:val="24"/>
          </w:rPr>
          <w:t xml:space="preserve">YCAF Application | </w:t>
        </w:r>
        <w:proofErr w:type="spellStart"/>
        <w:r w:rsidR="00796EBF" w:rsidRPr="00796EBF">
          <w:rPr>
            <w:rStyle w:val="Hyperlink"/>
            <w:rFonts w:ascii="Calibri" w:hAnsi="Calibri" w:cs="Calibri"/>
            <w:b/>
            <w:sz w:val="24"/>
            <w:szCs w:val="24"/>
          </w:rPr>
          <w:t>EngagePgh</w:t>
        </w:r>
        <w:proofErr w:type="spellEnd"/>
      </w:hyperlink>
    </w:p>
    <w:p w14:paraId="33121B4E" w14:textId="77777777" w:rsidR="00796EBF" w:rsidRPr="00796EBF" w:rsidRDefault="00796EBF" w:rsidP="00796EBF">
      <w:pPr>
        <w:rPr>
          <w:rFonts w:ascii="Calibri" w:hAnsi="Calibri" w:cs="Calibri"/>
          <w:sz w:val="24"/>
          <w:szCs w:val="24"/>
        </w:rPr>
      </w:pPr>
    </w:p>
    <w:p w14:paraId="2D570D9F" w14:textId="77777777" w:rsidR="00796EBF" w:rsidRPr="00796EBF" w:rsidRDefault="00796EBF" w:rsidP="00796EBF">
      <w:pPr>
        <w:rPr>
          <w:rFonts w:ascii="Calibri" w:hAnsi="Calibri" w:cs="Calibri"/>
        </w:rPr>
      </w:pPr>
    </w:p>
    <w:p w14:paraId="4AD4B58F" w14:textId="6451D981" w:rsidR="005374D4" w:rsidRPr="00796EBF" w:rsidRDefault="00000000" w:rsidP="00796EBF">
      <w:pPr>
        <w:pStyle w:val="SectionHeading"/>
        <w:rPr>
          <w:rFonts w:ascii="Calibri" w:hAnsi="Calibri" w:cs="Calibri"/>
        </w:rPr>
      </w:pPr>
      <w:r w:rsidRPr="00796EBF">
        <w:rPr>
          <w:rFonts w:ascii="Calibri" w:hAnsi="Calibri" w:cs="Calibri"/>
        </w:rPr>
        <w:t>A. Sponsoring Organization</w:t>
      </w:r>
    </w:p>
    <w:tbl>
      <w:tblPr>
        <w:tblW w:w="0" w:type="auto"/>
        <w:jc w:val="center"/>
        <w:tblLayout w:type="fixed"/>
        <w:tblLook w:val="04A0" w:firstRow="1" w:lastRow="0" w:firstColumn="1" w:lastColumn="0" w:noHBand="0" w:noVBand="1"/>
      </w:tblPr>
      <w:tblGrid>
        <w:gridCol w:w="3600"/>
        <w:gridCol w:w="6566"/>
      </w:tblGrid>
      <w:tr w:rsidR="005374D4" w:rsidRPr="00796EBF" w14:paraId="15B4BDA4" w14:textId="77777777" w:rsidTr="00796EBF">
        <w:trPr>
          <w:jc w:val="center"/>
        </w:trPr>
        <w:tc>
          <w:tcPr>
            <w:tcW w:w="3600" w:type="dxa"/>
            <w:shd w:val="clear" w:color="auto" w:fill="F2F4F6"/>
            <w:tcMar>
              <w:top w:w="110" w:type="dxa"/>
              <w:left w:w="130" w:type="dxa"/>
              <w:bottom w:w="110" w:type="dxa"/>
              <w:right w:w="130" w:type="dxa"/>
            </w:tcMar>
          </w:tcPr>
          <w:p w14:paraId="5D4601F8" w14:textId="77777777" w:rsidR="005374D4" w:rsidRPr="00796EBF" w:rsidRDefault="00000000">
            <w:pPr>
              <w:rPr>
                <w:rFonts w:ascii="Calibri" w:hAnsi="Calibri" w:cs="Calibri"/>
                <w:sz w:val="22"/>
              </w:rPr>
            </w:pPr>
            <w:r w:rsidRPr="00796EBF">
              <w:rPr>
                <w:rFonts w:ascii="Calibri" w:hAnsi="Calibri" w:cs="Calibri"/>
                <w:b/>
                <w:sz w:val="22"/>
              </w:rPr>
              <w:t>Organization name</w:t>
            </w:r>
          </w:p>
        </w:tc>
        <w:tc>
          <w:tcPr>
            <w:tcW w:w="6566" w:type="dxa"/>
            <w:shd w:val="clear" w:color="auto" w:fill="EDF5FA"/>
            <w:tcMar>
              <w:top w:w="110" w:type="dxa"/>
              <w:left w:w="130" w:type="dxa"/>
              <w:bottom w:w="110" w:type="dxa"/>
              <w:right w:w="130" w:type="dxa"/>
            </w:tcMar>
          </w:tcPr>
          <w:p w14:paraId="61C67649" w14:textId="77777777" w:rsidR="005374D4" w:rsidRPr="00796EBF" w:rsidRDefault="00000000">
            <w:pPr>
              <w:rPr>
                <w:rFonts w:ascii="Calibri" w:hAnsi="Calibri" w:cs="Calibri"/>
                <w:sz w:val="22"/>
              </w:rPr>
            </w:pPr>
            <w:sdt>
              <w:sdtPr>
                <w:rPr>
                  <w:rFonts w:ascii="Calibri" w:hAnsi="Calibri" w:cs="Calibri"/>
                  <w:sz w:val="22"/>
                </w:rPr>
                <w:alias w:val="Applicant response"/>
                <w:tag w:val="applicant_response"/>
                <w:id w:val="1124810464"/>
                <w:showingPlcHdr/>
                <w:text/>
              </w:sdtPr>
              <w:sdtContent>
                <w:r w:rsidRPr="00796EBF">
                  <w:rPr>
                    <w:rFonts w:ascii="Calibri" w:hAnsi="Calibri" w:cs="Calibri"/>
                    <w:i/>
                    <w:color w:val="6B7280"/>
                    <w:sz w:val="22"/>
                  </w:rPr>
                  <w:t>Click or tap here to enter text.</w:t>
                </w:r>
              </w:sdtContent>
            </w:sdt>
          </w:p>
        </w:tc>
      </w:tr>
      <w:tr w:rsidR="005374D4" w:rsidRPr="00796EBF" w14:paraId="22B95EFC" w14:textId="77777777" w:rsidTr="00796EBF">
        <w:trPr>
          <w:jc w:val="center"/>
        </w:trPr>
        <w:tc>
          <w:tcPr>
            <w:tcW w:w="3600" w:type="dxa"/>
            <w:shd w:val="clear" w:color="auto" w:fill="F2F4F6"/>
            <w:tcMar>
              <w:top w:w="110" w:type="dxa"/>
              <w:left w:w="130" w:type="dxa"/>
              <w:bottom w:w="110" w:type="dxa"/>
              <w:right w:w="130" w:type="dxa"/>
            </w:tcMar>
          </w:tcPr>
          <w:p w14:paraId="51DBFE5D" w14:textId="77777777" w:rsidR="005374D4" w:rsidRPr="00796EBF" w:rsidRDefault="00000000">
            <w:pPr>
              <w:rPr>
                <w:rFonts w:ascii="Calibri" w:hAnsi="Calibri" w:cs="Calibri"/>
                <w:sz w:val="22"/>
              </w:rPr>
            </w:pPr>
            <w:r w:rsidRPr="00796EBF">
              <w:rPr>
                <w:rFonts w:ascii="Calibri" w:hAnsi="Calibri" w:cs="Calibri"/>
                <w:b/>
                <w:sz w:val="22"/>
              </w:rPr>
              <w:t>Organization type</w:t>
            </w:r>
          </w:p>
        </w:tc>
        <w:tc>
          <w:tcPr>
            <w:tcW w:w="6566" w:type="dxa"/>
            <w:shd w:val="clear" w:color="auto" w:fill="EDF5FA"/>
            <w:tcMar>
              <w:top w:w="110" w:type="dxa"/>
              <w:left w:w="130" w:type="dxa"/>
              <w:bottom w:w="110" w:type="dxa"/>
              <w:right w:w="130" w:type="dxa"/>
            </w:tcMar>
          </w:tcPr>
          <w:p w14:paraId="7FBA220E" w14:textId="77777777" w:rsidR="005374D4" w:rsidRPr="00796EBF" w:rsidRDefault="00000000">
            <w:pPr>
              <w:rPr>
                <w:rFonts w:ascii="Calibri" w:hAnsi="Calibri" w:cs="Calibri"/>
                <w:sz w:val="22"/>
              </w:rPr>
            </w:pPr>
            <w:sdt>
              <w:sdtPr>
                <w:rPr>
                  <w:rFonts w:ascii="Calibri" w:hAnsi="Calibri" w:cs="Calibri"/>
                  <w:sz w:val="22"/>
                </w:rPr>
                <w:alias w:val="Applicant response"/>
                <w:tag w:val="applicant_response"/>
                <w:id w:val="1720547179"/>
                <w:showingPlcHdr/>
                <w:text/>
              </w:sdtPr>
              <w:sdtContent>
                <w:r w:rsidRPr="00796EBF">
                  <w:rPr>
                    <w:rFonts w:ascii="Calibri" w:hAnsi="Calibri" w:cs="Calibri"/>
                    <w:i/>
                    <w:color w:val="6B7280"/>
                    <w:sz w:val="22"/>
                  </w:rPr>
                  <w:t>Click or tap here to enter text.</w:t>
                </w:r>
              </w:sdtContent>
            </w:sdt>
          </w:p>
        </w:tc>
      </w:tr>
      <w:tr w:rsidR="005374D4" w:rsidRPr="00796EBF" w14:paraId="66136518" w14:textId="77777777" w:rsidTr="00796EBF">
        <w:trPr>
          <w:jc w:val="center"/>
        </w:trPr>
        <w:tc>
          <w:tcPr>
            <w:tcW w:w="3600" w:type="dxa"/>
            <w:shd w:val="clear" w:color="auto" w:fill="F2F4F6"/>
            <w:tcMar>
              <w:top w:w="110" w:type="dxa"/>
              <w:left w:w="130" w:type="dxa"/>
              <w:bottom w:w="110" w:type="dxa"/>
              <w:right w:w="130" w:type="dxa"/>
            </w:tcMar>
          </w:tcPr>
          <w:p w14:paraId="3C7DB29A" w14:textId="77777777" w:rsidR="005374D4" w:rsidRPr="00796EBF" w:rsidRDefault="00000000">
            <w:pPr>
              <w:rPr>
                <w:rFonts w:ascii="Calibri" w:hAnsi="Calibri" w:cs="Calibri"/>
                <w:sz w:val="22"/>
              </w:rPr>
            </w:pPr>
            <w:r w:rsidRPr="00796EBF">
              <w:rPr>
                <w:rFonts w:ascii="Calibri" w:hAnsi="Calibri" w:cs="Calibri"/>
                <w:b/>
                <w:sz w:val="22"/>
              </w:rPr>
              <w:t>Mailing address</w:t>
            </w:r>
          </w:p>
        </w:tc>
        <w:tc>
          <w:tcPr>
            <w:tcW w:w="6566" w:type="dxa"/>
            <w:shd w:val="clear" w:color="auto" w:fill="EDF5FA"/>
            <w:tcMar>
              <w:top w:w="110" w:type="dxa"/>
              <w:left w:w="130" w:type="dxa"/>
              <w:bottom w:w="110" w:type="dxa"/>
              <w:right w:w="130" w:type="dxa"/>
            </w:tcMar>
          </w:tcPr>
          <w:p w14:paraId="3D399B9B" w14:textId="77777777" w:rsidR="005374D4" w:rsidRPr="00796EBF" w:rsidRDefault="00000000">
            <w:pPr>
              <w:rPr>
                <w:rFonts w:ascii="Calibri" w:hAnsi="Calibri" w:cs="Calibri"/>
                <w:sz w:val="22"/>
              </w:rPr>
            </w:pPr>
            <w:sdt>
              <w:sdtPr>
                <w:rPr>
                  <w:rFonts w:ascii="Calibri" w:hAnsi="Calibri" w:cs="Calibri"/>
                  <w:sz w:val="22"/>
                </w:rPr>
                <w:alias w:val="Applicant response"/>
                <w:tag w:val="applicant_response"/>
                <w:id w:val="-1767383979"/>
                <w:showingPlcHdr/>
                <w:text/>
              </w:sdtPr>
              <w:sdtContent>
                <w:r w:rsidRPr="00796EBF">
                  <w:rPr>
                    <w:rFonts w:ascii="Calibri" w:hAnsi="Calibri" w:cs="Calibri"/>
                    <w:i/>
                    <w:color w:val="6B7280"/>
                    <w:sz w:val="22"/>
                  </w:rPr>
                  <w:t>Click or tap here to enter text.</w:t>
                </w:r>
              </w:sdtContent>
            </w:sdt>
          </w:p>
        </w:tc>
      </w:tr>
      <w:tr w:rsidR="005374D4" w:rsidRPr="00796EBF" w14:paraId="5016009D" w14:textId="77777777" w:rsidTr="00796EBF">
        <w:trPr>
          <w:jc w:val="center"/>
        </w:trPr>
        <w:tc>
          <w:tcPr>
            <w:tcW w:w="3600" w:type="dxa"/>
            <w:shd w:val="clear" w:color="auto" w:fill="F2F4F6"/>
            <w:tcMar>
              <w:top w:w="110" w:type="dxa"/>
              <w:left w:w="130" w:type="dxa"/>
              <w:bottom w:w="110" w:type="dxa"/>
              <w:right w:w="130" w:type="dxa"/>
            </w:tcMar>
          </w:tcPr>
          <w:p w14:paraId="111A371E" w14:textId="77777777" w:rsidR="005374D4" w:rsidRPr="00796EBF" w:rsidRDefault="00000000">
            <w:pPr>
              <w:rPr>
                <w:rFonts w:ascii="Calibri" w:hAnsi="Calibri" w:cs="Calibri"/>
                <w:sz w:val="22"/>
              </w:rPr>
            </w:pPr>
            <w:r w:rsidRPr="00796EBF">
              <w:rPr>
                <w:rFonts w:ascii="Calibri" w:hAnsi="Calibri" w:cs="Calibri"/>
                <w:b/>
                <w:sz w:val="22"/>
              </w:rPr>
              <w:t>Website</w:t>
            </w:r>
          </w:p>
        </w:tc>
        <w:tc>
          <w:tcPr>
            <w:tcW w:w="6566" w:type="dxa"/>
            <w:shd w:val="clear" w:color="auto" w:fill="EDF5FA"/>
            <w:tcMar>
              <w:top w:w="110" w:type="dxa"/>
              <w:left w:w="130" w:type="dxa"/>
              <w:bottom w:w="110" w:type="dxa"/>
              <w:right w:w="130" w:type="dxa"/>
            </w:tcMar>
          </w:tcPr>
          <w:p w14:paraId="35C134DE" w14:textId="77777777" w:rsidR="005374D4" w:rsidRPr="00796EBF" w:rsidRDefault="00000000">
            <w:pPr>
              <w:rPr>
                <w:rFonts w:ascii="Calibri" w:hAnsi="Calibri" w:cs="Calibri"/>
                <w:sz w:val="22"/>
              </w:rPr>
            </w:pPr>
            <w:sdt>
              <w:sdtPr>
                <w:rPr>
                  <w:rFonts w:ascii="Calibri" w:hAnsi="Calibri" w:cs="Calibri"/>
                  <w:sz w:val="22"/>
                </w:rPr>
                <w:alias w:val="Applicant response"/>
                <w:tag w:val="applicant_response"/>
                <w:id w:val="384378550"/>
                <w:showingPlcHdr/>
                <w:text/>
              </w:sdtPr>
              <w:sdtContent>
                <w:r w:rsidRPr="00796EBF">
                  <w:rPr>
                    <w:rFonts w:ascii="Calibri" w:hAnsi="Calibri" w:cs="Calibri"/>
                    <w:i/>
                    <w:color w:val="6B7280"/>
                    <w:sz w:val="22"/>
                  </w:rPr>
                  <w:t>Click or tap here to enter text.</w:t>
                </w:r>
              </w:sdtContent>
            </w:sdt>
          </w:p>
        </w:tc>
      </w:tr>
    </w:tbl>
    <w:p w14:paraId="77226A50" w14:textId="77777777" w:rsidR="005374D4" w:rsidRPr="00796EBF" w:rsidRDefault="00000000">
      <w:pPr>
        <w:pStyle w:val="Question"/>
        <w:keepNext/>
        <w:rPr>
          <w:rFonts w:ascii="Calibri" w:hAnsi="Calibri" w:cs="Calibri"/>
          <w:sz w:val="22"/>
        </w:rPr>
      </w:pPr>
      <w:r w:rsidRPr="00796EBF">
        <w:rPr>
          <w:rFonts w:ascii="Calibri" w:hAnsi="Calibri" w:cs="Calibri"/>
          <w:sz w:val="22"/>
        </w:rPr>
        <w:t>A1. Primary organizational contact</w:t>
      </w:r>
    </w:p>
    <w:p w14:paraId="7E5572C0"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Provide the contact’s name, title, email address and telephone number.</w:t>
      </w:r>
    </w:p>
    <w:tbl>
      <w:tblPr>
        <w:tblW w:w="0" w:type="auto"/>
        <w:jc w:val="center"/>
        <w:tblLayout w:type="fixed"/>
        <w:tblLook w:val="04A0" w:firstRow="1" w:lastRow="0" w:firstColumn="1" w:lastColumn="0" w:noHBand="0" w:noVBand="1"/>
      </w:tblPr>
      <w:tblGrid>
        <w:gridCol w:w="10166"/>
      </w:tblGrid>
      <w:tr w:rsidR="005374D4" w:rsidRPr="00796EBF" w14:paraId="078C65F1" w14:textId="77777777">
        <w:trPr>
          <w:jc w:val="center"/>
        </w:trPr>
        <w:tc>
          <w:tcPr>
            <w:tcW w:w="10166" w:type="dxa"/>
            <w:shd w:val="clear" w:color="auto" w:fill="EDF5FA"/>
            <w:tcMar>
              <w:top w:w="120" w:type="dxa"/>
              <w:left w:w="150" w:type="dxa"/>
              <w:bottom w:w="120" w:type="dxa"/>
              <w:right w:w="150" w:type="dxa"/>
            </w:tcMar>
          </w:tcPr>
          <w:p w14:paraId="2F201AF9" w14:textId="77777777" w:rsidR="005374D4" w:rsidRPr="00796EBF" w:rsidRDefault="00000000">
            <w:pPr>
              <w:rPr>
                <w:rFonts w:ascii="Calibri" w:hAnsi="Calibri" w:cs="Calibri"/>
                <w:sz w:val="22"/>
              </w:rPr>
            </w:pPr>
            <w:sdt>
              <w:sdtPr>
                <w:rPr>
                  <w:rFonts w:ascii="Calibri" w:hAnsi="Calibri" w:cs="Calibri"/>
                  <w:sz w:val="22"/>
                </w:rPr>
                <w:alias w:val="Applicant response"/>
                <w:tag w:val="applicant_response"/>
                <w:id w:val="1610150956"/>
                <w:showingPlcHdr/>
                <w:text/>
              </w:sdtPr>
              <w:sdtContent>
                <w:r w:rsidRPr="00796EBF">
                  <w:rPr>
                    <w:rFonts w:ascii="Calibri" w:hAnsi="Calibri" w:cs="Calibri"/>
                    <w:i/>
                    <w:color w:val="6B7280"/>
                    <w:sz w:val="22"/>
                  </w:rPr>
                  <w:t>Click or tap here to enter your response.</w:t>
                </w:r>
              </w:sdtContent>
            </w:sdt>
          </w:p>
          <w:p w14:paraId="7DB79998" w14:textId="77777777" w:rsidR="005374D4" w:rsidRPr="00796EBF" w:rsidRDefault="00000000">
            <w:pPr>
              <w:rPr>
                <w:rFonts w:ascii="Calibri" w:hAnsi="Calibri" w:cs="Calibri"/>
                <w:sz w:val="22"/>
              </w:rPr>
            </w:pPr>
            <w:r w:rsidRPr="00796EBF">
              <w:rPr>
                <w:rFonts w:ascii="Calibri" w:hAnsi="Calibri" w:cs="Calibri"/>
                <w:sz w:val="22"/>
              </w:rPr>
              <w:lastRenderedPageBreak/>
              <w:t xml:space="preserve"> </w:t>
            </w:r>
          </w:p>
        </w:tc>
      </w:tr>
    </w:tbl>
    <w:p w14:paraId="302F7CA2" w14:textId="77777777" w:rsidR="005374D4" w:rsidRPr="00796EBF" w:rsidRDefault="005374D4">
      <w:pPr>
        <w:spacing w:after="0"/>
        <w:rPr>
          <w:rFonts w:ascii="Calibri" w:hAnsi="Calibri" w:cs="Calibri"/>
        </w:rPr>
      </w:pPr>
    </w:p>
    <w:p w14:paraId="7BC05E60" w14:textId="676A16D6" w:rsidR="005374D4" w:rsidRPr="00796EBF" w:rsidRDefault="00000000">
      <w:pPr>
        <w:pStyle w:val="Question"/>
        <w:keepNext/>
        <w:rPr>
          <w:rFonts w:ascii="Calibri" w:hAnsi="Calibri" w:cs="Calibri"/>
          <w:sz w:val="22"/>
        </w:rPr>
      </w:pPr>
      <w:r w:rsidRPr="00796EBF">
        <w:rPr>
          <w:rFonts w:ascii="Calibri" w:hAnsi="Calibri" w:cs="Calibri"/>
          <w:sz w:val="22"/>
        </w:rPr>
        <w:t>A</w:t>
      </w:r>
      <w:r w:rsidR="00796EBF" w:rsidRPr="00796EBF">
        <w:rPr>
          <w:rFonts w:ascii="Calibri" w:hAnsi="Calibri" w:cs="Calibri"/>
          <w:sz w:val="22"/>
        </w:rPr>
        <w:t>2</w:t>
      </w:r>
      <w:r w:rsidRPr="00796EBF">
        <w:rPr>
          <w:rFonts w:ascii="Calibri" w:hAnsi="Calibri" w:cs="Calibri"/>
          <w:sz w:val="22"/>
        </w:rPr>
        <w:t>. Is the organization sponsoring more than one proposal?</w:t>
      </w:r>
    </w:p>
    <w:p w14:paraId="1DF1724D" w14:textId="77777777" w:rsidR="005374D4" w:rsidRPr="00796EBF" w:rsidRDefault="00000000">
      <w:pPr>
        <w:pStyle w:val="Guidance"/>
        <w:keepNext/>
        <w:rPr>
          <w:rFonts w:ascii="Calibri" w:hAnsi="Calibri" w:cs="Calibri"/>
          <w:sz w:val="20"/>
          <w:szCs w:val="24"/>
        </w:rPr>
      </w:pPr>
      <w:r w:rsidRPr="00796EBF">
        <w:rPr>
          <w:rFonts w:ascii="Calibri" w:hAnsi="Calibri" w:cs="Calibri"/>
          <w:sz w:val="20"/>
          <w:szCs w:val="24"/>
        </w:rPr>
        <w:t>If yes, list the titles of the other proposed projects. An organization may sponsor no more than three applications.</w:t>
      </w:r>
    </w:p>
    <w:tbl>
      <w:tblPr>
        <w:tblW w:w="0" w:type="auto"/>
        <w:jc w:val="center"/>
        <w:tblLayout w:type="fixed"/>
        <w:tblLook w:val="04A0" w:firstRow="1" w:lastRow="0" w:firstColumn="1" w:lastColumn="0" w:noHBand="0" w:noVBand="1"/>
      </w:tblPr>
      <w:tblGrid>
        <w:gridCol w:w="10166"/>
      </w:tblGrid>
      <w:tr w:rsidR="005374D4" w:rsidRPr="00796EBF" w14:paraId="0E1FB53E" w14:textId="77777777">
        <w:trPr>
          <w:jc w:val="center"/>
        </w:trPr>
        <w:tc>
          <w:tcPr>
            <w:tcW w:w="10166" w:type="dxa"/>
            <w:shd w:val="clear" w:color="auto" w:fill="EDF5FA"/>
            <w:tcMar>
              <w:top w:w="120" w:type="dxa"/>
              <w:left w:w="150" w:type="dxa"/>
              <w:bottom w:w="120" w:type="dxa"/>
              <w:right w:w="150" w:type="dxa"/>
            </w:tcMar>
          </w:tcPr>
          <w:p w14:paraId="52BABD54" w14:textId="77777777" w:rsidR="005374D4" w:rsidRPr="00796EBF" w:rsidRDefault="00000000">
            <w:pPr>
              <w:rPr>
                <w:rFonts w:ascii="Calibri" w:hAnsi="Calibri" w:cs="Calibri"/>
              </w:rPr>
            </w:pPr>
            <w:sdt>
              <w:sdtPr>
                <w:rPr>
                  <w:rFonts w:ascii="Calibri" w:hAnsi="Calibri" w:cs="Calibri"/>
                </w:rPr>
                <w:alias w:val="Applicant response"/>
                <w:tag w:val="applicant_response"/>
                <w:id w:val="1780451574"/>
                <w:showingPlcHdr/>
                <w:text/>
              </w:sdtPr>
              <w:sdtContent>
                <w:r w:rsidRPr="00796EBF">
                  <w:rPr>
                    <w:rFonts w:ascii="Calibri" w:hAnsi="Calibri" w:cs="Calibri"/>
                    <w:i/>
                    <w:color w:val="6B7280"/>
                  </w:rPr>
                  <w:t>Click or tap here to enter your response.</w:t>
                </w:r>
              </w:sdtContent>
            </w:sdt>
          </w:p>
          <w:p w14:paraId="60FE12AF" w14:textId="77777777" w:rsidR="005374D4" w:rsidRPr="00796EBF" w:rsidRDefault="00000000">
            <w:pPr>
              <w:rPr>
                <w:rFonts w:ascii="Calibri" w:hAnsi="Calibri" w:cs="Calibri"/>
              </w:rPr>
            </w:pPr>
            <w:r w:rsidRPr="00796EBF">
              <w:rPr>
                <w:rFonts w:ascii="Calibri" w:hAnsi="Calibri" w:cs="Calibri"/>
              </w:rPr>
              <w:t xml:space="preserve"> </w:t>
            </w:r>
          </w:p>
        </w:tc>
      </w:tr>
    </w:tbl>
    <w:p w14:paraId="7178D40D" w14:textId="77777777" w:rsidR="005374D4" w:rsidRPr="00796EBF" w:rsidRDefault="005374D4">
      <w:pPr>
        <w:spacing w:after="0"/>
        <w:rPr>
          <w:rFonts w:ascii="Calibri" w:hAnsi="Calibri" w:cs="Calibri"/>
        </w:rPr>
      </w:pPr>
    </w:p>
    <w:p w14:paraId="436BF055" w14:textId="77777777" w:rsidR="005374D4" w:rsidRPr="00796EBF" w:rsidRDefault="00000000">
      <w:pPr>
        <w:pStyle w:val="SectionHeading"/>
        <w:rPr>
          <w:rFonts w:ascii="Calibri" w:hAnsi="Calibri" w:cs="Calibri"/>
        </w:rPr>
      </w:pPr>
      <w:r w:rsidRPr="00796EBF">
        <w:rPr>
          <w:rFonts w:ascii="Calibri" w:hAnsi="Calibri" w:cs="Calibri"/>
        </w:rPr>
        <w:t>B. Youth Project Leads</w:t>
      </w:r>
    </w:p>
    <w:p w14:paraId="1EEFBF3A" w14:textId="77777777" w:rsidR="005374D4" w:rsidRPr="00796EBF" w:rsidRDefault="00000000">
      <w:pPr>
        <w:pStyle w:val="Guidance"/>
        <w:rPr>
          <w:rFonts w:ascii="Calibri" w:hAnsi="Calibri" w:cs="Calibri"/>
          <w:sz w:val="20"/>
          <w:szCs w:val="20"/>
        </w:rPr>
      </w:pPr>
      <w:r w:rsidRPr="00796EBF">
        <w:rPr>
          <w:rFonts w:ascii="Calibri" w:hAnsi="Calibri" w:cs="Calibri"/>
          <w:sz w:val="20"/>
          <w:szCs w:val="20"/>
        </w:rPr>
        <w:t>Provide information for at least two youth project leads. Add rows if needed.</w:t>
      </w:r>
    </w:p>
    <w:tbl>
      <w:tblPr>
        <w:tblW w:w="0" w:type="auto"/>
        <w:jc w:val="center"/>
        <w:tblLayout w:type="fixed"/>
        <w:tblLook w:val="04A0" w:firstRow="1" w:lastRow="0" w:firstColumn="1" w:lastColumn="0" w:noHBand="0" w:noVBand="1"/>
      </w:tblPr>
      <w:tblGrid>
        <w:gridCol w:w="1694"/>
        <w:gridCol w:w="1694"/>
        <w:gridCol w:w="1694"/>
        <w:gridCol w:w="1694"/>
        <w:gridCol w:w="1694"/>
        <w:gridCol w:w="1694"/>
      </w:tblGrid>
      <w:tr w:rsidR="005374D4" w:rsidRPr="00796EBF" w14:paraId="6DBBDDC2" w14:textId="77777777">
        <w:trPr>
          <w:tblHeader/>
          <w:jc w:val="center"/>
        </w:trPr>
        <w:tc>
          <w:tcPr>
            <w:tcW w:w="1694" w:type="dxa"/>
            <w:shd w:val="clear" w:color="auto" w:fill="003C71"/>
            <w:tcMar>
              <w:top w:w="110" w:type="dxa"/>
              <w:left w:w="130" w:type="dxa"/>
              <w:bottom w:w="110" w:type="dxa"/>
              <w:right w:w="130" w:type="dxa"/>
            </w:tcMar>
          </w:tcPr>
          <w:p w14:paraId="6E87DF72" w14:textId="77777777" w:rsidR="005374D4" w:rsidRPr="00796EBF" w:rsidRDefault="00000000">
            <w:pPr>
              <w:rPr>
                <w:rFonts w:ascii="Calibri" w:hAnsi="Calibri" w:cs="Calibri"/>
                <w:sz w:val="22"/>
              </w:rPr>
            </w:pPr>
            <w:r w:rsidRPr="00796EBF">
              <w:rPr>
                <w:rFonts w:ascii="Calibri" w:hAnsi="Calibri" w:cs="Calibri"/>
                <w:b/>
                <w:color w:val="FFFFFF"/>
                <w:sz w:val="22"/>
              </w:rPr>
              <w:t>Name</w:t>
            </w:r>
          </w:p>
        </w:tc>
        <w:tc>
          <w:tcPr>
            <w:tcW w:w="1694" w:type="dxa"/>
            <w:shd w:val="clear" w:color="auto" w:fill="003C71"/>
            <w:tcMar>
              <w:top w:w="110" w:type="dxa"/>
              <w:left w:w="130" w:type="dxa"/>
              <w:bottom w:w="110" w:type="dxa"/>
              <w:right w:w="130" w:type="dxa"/>
            </w:tcMar>
          </w:tcPr>
          <w:p w14:paraId="6D940E46" w14:textId="77777777" w:rsidR="005374D4" w:rsidRPr="00796EBF" w:rsidRDefault="00000000">
            <w:pPr>
              <w:rPr>
                <w:rFonts w:ascii="Calibri" w:hAnsi="Calibri" w:cs="Calibri"/>
                <w:sz w:val="22"/>
              </w:rPr>
            </w:pPr>
            <w:r w:rsidRPr="00796EBF">
              <w:rPr>
                <w:rFonts w:ascii="Calibri" w:hAnsi="Calibri" w:cs="Calibri"/>
                <w:b/>
                <w:color w:val="FFFFFF"/>
                <w:sz w:val="22"/>
              </w:rPr>
              <w:t>Age</w:t>
            </w:r>
          </w:p>
        </w:tc>
        <w:tc>
          <w:tcPr>
            <w:tcW w:w="1694" w:type="dxa"/>
            <w:shd w:val="clear" w:color="auto" w:fill="003C71"/>
            <w:tcMar>
              <w:top w:w="110" w:type="dxa"/>
              <w:left w:w="130" w:type="dxa"/>
              <w:bottom w:w="110" w:type="dxa"/>
              <w:right w:w="130" w:type="dxa"/>
            </w:tcMar>
          </w:tcPr>
          <w:p w14:paraId="63F488FE" w14:textId="77777777" w:rsidR="005374D4" w:rsidRPr="00796EBF" w:rsidRDefault="00000000">
            <w:pPr>
              <w:rPr>
                <w:rFonts w:ascii="Calibri" w:hAnsi="Calibri" w:cs="Calibri"/>
                <w:sz w:val="22"/>
              </w:rPr>
            </w:pPr>
            <w:r w:rsidRPr="00796EBF">
              <w:rPr>
                <w:rFonts w:ascii="Calibri" w:hAnsi="Calibri" w:cs="Calibri"/>
                <w:b/>
                <w:color w:val="FFFFFF"/>
                <w:sz w:val="22"/>
              </w:rPr>
              <w:t>City</w:t>
            </w:r>
          </w:p>
        </w:tc>
        <w:tc>
          <w:tcPr>
            <w:tcW w:w="1694" w:type="dxa"/>
            <w:shd w:val="clear" w:color="auto" w:fill="003C71"/>
            <w:tcMar>
              <w:top w:w="110" w:type="dxa"/>
              <w:left w:w="130" w:type="dxa"/>
              <w:bottom w:w="110" w:type="dxa"/>
              <w:right w:w="130" w:type="dxa"/>
            </w:tcMar>
          </w:tcPr>
          <w:p w14:paraId="373851F7" w14:textId="77777777" w:rsidR="005374D4" w:rsidRPr="00796EBF" w:rsidRDefault="00000000">
            <w:pPr>
              <w:rPr>
                <w:rFonts w:ascii="Calibri" w:hAnsi="Calibri" w:cs="Calibri"/>
                <w:sz w:val="22"/>
              </w:rPr>
            </w:pPr>
            <w:r w:rsidRPr="00796EBF">
              <w:rPr>
                <w:rFonts w:ascii="Calibri" w:hAnsi="Calibri" w:cs="Calibri"/>
                <w:b/>
                <w:color w:val="FFFFFF"/>
                <w:sz w:val="22"/>
              </w:rPr>
              <w:t>School or organization</w:t>
            </w:r>
          </w:p>
        </w:tc>
        <w:tc>
          <w:tcPr>
            <w:tcW w:w="1694" w:type="dxa"/>
            <w:shd w:val="clear" w:color="auto" w:fill="003C71"/>
            <w:tcMar>
              <w:top w:w="110" w:type="dxa"/>
              <w:left w:w="130" w:type="dxa"/>
              <w:bottom w:w="110" w:type="dxa"/>
              <w:right w:w="130" w:type="dxa"/>
            </w:tcMar>
          </w:tcPr>
          <w:p w14:paraId="06AD3478" w14:textId="77777777" w:rsidR="005374D4" w:rsidRPr="00796EBF" w:rsidRDefault="00000000">
            <w:pPr>
              <w:rPr>
                <w:rFonts w:ascii="Calibri" w:hAnsi="Calibri" w:cs="Calibri"/>
                <w:sz w:val="22"/>
              </w:rPr>
            </w:pPr>
            <w:r w:rsidRPr="00796EBF">
              <w:rPr>
                <w:rFonts w:ascii="Calibri" w:hAnsi="Calibri" w:cs="Calibri"/>
                <w:b/>
                <w:color w:val="FFFFFF"/>
                <w:sz w:val="22"/>
              </w:rPr>
              <w:t>Email</w:t>
            </w:r>
          </w:p>
        </w:tc>
        <w:tc>
          <w:tcPr>
            <w:tcW w:w="1694" w:type="dxa"/>
            <w:shd w:val="clear" w:color="auto" w:fill="003C71"/>
            <w:tcMar>
              <w:top w:w="110" w:type="dxa"/>
              <w:left w:w="130" w:type="dxa"/>
              <w:bottom w:w="110" w:type="dxa"/>
              <w:right w:w="130" w:type="dxa"/>
            </w:tcMar>
          </w:tcPr>
          <w:p w14:paraId="3DC29ADD" w14:textId="77777777" w:rsidR="005374D4" w:rsidRPr="00796EBF" w:rsidRDefault="00000000">
            <w:pPr>
              <w:rPr>
                <w:rFonts w:ascii="Calibri" w:hAnsi="Calibri" w:cs="Calibri"/>
                <w:sz w:val="22"/>
              </w:rPr>
            </w:pPr>
            <w:r w:rsidRPr="00796EBF">
              <w:rPr>
                <w:rFonts w:ascii="Calibri" w:hAnsi="Calibri" w:cs="Calibri"/>
                <w:b/>
                <w:color w:val="FFFFFF"/>
                <w:sz w:val="22"/>
              </w:rPr>
              <w:t>Phone</w:t>
            </w:r>
          </w:p>
        </w:tc>
      </w:tr>
      <w:tr w:rsidR="005374D4" w:rsidRPr="00796EBF" w14:paraId="6EE6109F" w14:textId="77777777">
        <w:trPr>
          <w:cantSplit/>
          <w:jc w:val="center"/>
        </w:trPr>
        <w:tc>
          <w:tcPr>
            <w:tcW w:w="1694" w:type="dxa"/>
            <w:shd w:val="clear" w:color="auto" w:fill="EDF5FA"/>
            <w:tcMar>
              <w:top w:w="140" w:type="dxa"/>
              <w:left w:w="130" w:type="dxa"/>
              <w:bottom w:w="140" w:type="dxa"/>
              <w:right w:w="130" w:type="dxa"/>
            </w:tcMar>
          </w:tcPr>
          <w:p w14:paraId="5B3754A2" w14:textId="77777777" w:rsidR="005374D4" w:rsidRPr="00796EBF" w:rsidRDefault="00000000">
            <w:pPr>
              <w:rPr>
                <w:rFonts w:ascii="Calibri" w:hAnsi="Calibri" w:cs="Calibri"/>
              </w:rPr>
            </w:pPr>
            <w:sdt>
              <w:sdtPr>
                <w:rPr>
                  <w:rFonts w:ascii="Calibri" w:hAnsi="Calibri" w:cs="Calibri"/>
                </w:rPr>
                <w:alias w:val="Applicant response"/>
                <w:tag w:val="applicant_response"/>
                <w:id w:val="-1798436617"/>
                <w:showingPlcHdr/>
                <w:text/>
              </w:sdtPr>
              <w:sdtContent>
                <w:r w:rsidRPr="00796EBF">
                  <w:rPr>
                    <w:rFonts w:ascii="Calibri" w:hAnsi="Calibri" w:cs="Calibri"/>
                    <w:color w:val="6B7280"/>
                  </w:rPr>
                  <w:t>Enter text</w:t>
                </w:r>
              </w:sdtContent>
            </w:sdt>
          </w:p>
        </w:tc>
        <w:tc>
          <w:tcPr>
            <w:tcW w:w="1694" w:type="dxa"/>
            <w:shd w:val="clear" w:color="auto" w:fill="EDF5FA"/>
            <w:tcMar>
              <w:top w:w="140" w:type="dxa"/>
              <w:left w:w="130" w:type="dxa"/>
              <w:bottom w:w="140" w:type="dxa"/>
              <w:right w:w="130" w:type="dxa"/>
            </w:tcMar>
          </w:tcPr>
          <w:p w14:paraId="74B6C01D" w14:textId="77777777" w:rsidR="005374D4" w:rsidRPr="00796EBF" w:rsidRDefault="00000000">
            <w:pPr>
              <w:rPr>
                <w:rFonts w:ascii="Calibri" w:hAnsi="Calibri" w:cs="Calibri"/>
              </w:rPr>
            </w:pPr>
            <w:sdt>
              <w:sdtPr>
                <w:rPr>
                  <w:rFonts w:ascii="Calibri" w:hAnsi="Calibri" w:cs="Calibri"/>
                </w:rPr>
                <w:alias w:val="Applicant response"/>
                <w:tag w:val="applicant_response"/>
                <w:id w:val="895396203"/>
                <w:showingPlcHdr/>
                <w:text/>
              </w:sdtPr>
              <w:sdtContent>
                <w:r w:rsidRPr="00796EBF">
                  <w:rPr>
                    <w:rFonts w:ascii="Calibri" w:hAnsi="Calibri" w:cs="Calibri"/>
                    <w:color w:val="6B7280"/>
                  </w:rPr>
                  <w:t>Enter text</w:t>
                </w:r>
              </w:sdtContent>
            </w:sdt>
          </w:p>
        </w:tc>
        <w:tc>
          <w:tcPr>
            <w:tcW w:w="1694" w:type="dxa"/>
            <w:shd w:val="clear" w:color="auto" w:fill="EDF5FA"/>
            <w:tcMar>
              <w:top w:w="140" w:type="dxa"/>
              <w:left w:w="130" w:type="dxa"/>
              <w:bottom w:w="140" w:type="dxa"/>
              <w:right w:w="130" w:type="dxa"/>
            </w:tcMar>
          </w:tcPr>
          <w:p w14:paraId="21F4FCA4" w14:textId="77777777" w:rsidR="005374D4" w:rsidRPr="00796EBF" w:rsidRDefault="00000000">
            <w:pPr>
              <w:rPr>
                <w:rFonts w:ascii="Calibri" w:hAnsi="Calibri" w:cs="Calibri"/>
              </w:rPr>
            </w:pPr>
            <w:sdt>
              <w:sdtPr>
                <w:rPr>
                  <w:rFonts w:ascii="Calibri" w:hAnsi="Calibri" w:cs="Calibri"/>
                </w:rPr>
                <w:alias w:val="Applicant response"/>
                <w:tag w:val="applicant_response"/>
                <w:id w:val="-896668509"/>
                <w:showingPlcHdr/>
                <w:text/>
              </w:sdtPr>
              <w:sdtContent>
                <w:r w:rsidRPr="00796EBF">
                  <w:rPr>
                    <w:rFonts w:ascii="Calibri" w:hAnsi="Calibri" w:cs="Calibri"/>
                    <w:color w:val="6B7280"/>
                  </w:rPr>
                  <w:t>Enter text</w:t>
                </w:r>
              </w:sdtContent>
            </w:sdt>
          </w:p>
        </w:tc>
        <w:tc>
          <w:tcPr>
            <w:tcW w:w="1694" w:type="dxa"/>
            <w:shd w:val="clear" w:color="auto" w:fill="EDF5FA"/>
            <w:tcMar>
              <w:top w:w="140" w:type="dxa"/>
              <w:left w:w="130" w:type="dxa"/>
              <w:bottom w:w="140" w:type="dxa"/>
              <w:right w:w="130" w:type="dxa"/>
            </w:tcMar>
          </w:tcPr>
          <w:p w14:paraId="4E8CECD4" w14:textId="77777777" w:rsidR="005374D4" w:rsidRPr="00796EBF" w:rsidRDefault="00000000">
            <w:pPr>
              <w:rPr>
                <w:rFonts w:ascii="Calibri" w:hAnsi="Calibri" w:cs="Calibri"/>
              </w:rPr>
            </w:pPr>
            <w:sdt>
              <w:sdtPr>
                <w:rPr>
                  <w:rFonts w:ascii="Calibri" w:hAnsi="Calibri" w:cs="Calibri"/>
                </w:rPr>
                <w:alias w:val="Applicant response"/>
                <w:tag w:val="applicant_response"/>
                <w:id w:val="-1899511418"/>
                <w:showingPlcHdr/>
                <w:text/>
              </w:sdtPr>
              <w:sdtContent>
                <w:r w:rsidRPr="00796EBF">
                  <w:rPr>
                    <w:rFonts w:ascii="Calibri" w:hAnsi="Calibri" w:cs="Calibri"/>
                    <w:color w:val="6B7280"/>
                  </w:rPr>
                  <w:t>Enter text</w:t>
                </w:r>
              </w:sdtContent>
            </w:sdt>
          </w:p>
        </w:tc>
        <w:tc>
          <w:tcPr>
            <w:tcW w:w="1694" w:type="dxa"/>
            <w:shd w:val="clear" w:color="auto" w:fill="EDF5FA"/>
            <w:tcMar>
              <w:top w:w="140" w:type="dxa"/>
              <w:left w:w="130" w:type="dxa"/>
              <w:bottom w:w="140" w:type="dxa"/>
              <w:right w:w="130" w:type="dxa"/>
            </w:tcMar>
          </w:tcPr>
          <w:p w14:paraId="0F666546" w14:textId="77777777" w:rsidR="005374D4" w:rsidRPr="00796EBF" w:rsidRDefault="00000000">
            <w:pPr>
              <w:rPr>
                <w:rFonts w:ascii="Calibri" w:hAnsi="Calibri" w:cs="Calibri"/>
              </w:rPr>
            </w:pPr>
            <w:sdt>
              <w:sdtPr>
                <w:rPr>
                  <w:rFonts w:ascii="Calibri" w:hAnsi="Calibri" w:cs="Calibri"/>
                </w:rPr>
                <w:alias w:val="Applicant response"/>
                <w:tag w:val="applicant_response"/>
                <w:id w:val="-1554929082"/>
                <w:showingPlcHdr/>
                <w:text/>
              </w:sdtPr>
              <w:sdtContent>
                <w:r w:rsidRPr="00796EBF">
                  <w:rPr>
                    <w:rFonts w:ascii="Calibri" w:hAnsi="Calibri" w:cs="Calibri"/>
                    <w:color w:val="6B7280"/>
                  </w:rPr>
                  <w:t>Enter text</w:t>
                </w:r>
              </w:sdtContent>
            </w:sdt>
          </w:p>
        </w:tc>
        <w:tc>
          <w:tcPr>
            <w:tcW w:w="1694" w:type="dxa"/>
            <w:shd w:val="clear" w:color="auto" w:fill="EDF5FA"/>
            <w:tcMar>
              <w:top w:w="140" w:type="dxa"/>
              <w:left w:w="130" w:type="dxa"/>
              <w:bottom w:w="140" w:type="dxa"/>
              <w:right w:w="130" w:type="dxa"/>
            </w:tcMar>
          </w:tcPr>
          <w:p w14:paraId="6647E341" w14:textId="77777777" w:rsidR="005374D4" w:rsidRPr="00796EBF" w:rsidRDefault="00000000">
            <w:pPr>
              <w:rPr>
                <w:rFonts w:ascii="Calibri" w:hAnsi="Calibri" w:cs="Calibri"/>
              </w:rPr>
            </w:pPr>
            <w:sdt>
              <w:sdtPr>
                <w:rPr>
                  <w:rFonts w:ascii="Calibri" w:hAnsi="Calibri" w:cs="Calibri"/>
                </w:rPr>
                <w:alias w:val="Applicant response"/>
                <w:tag w:val="applicant_response"/>
                <w:id w:val="-1407531282"/>
                <w:showingPlcHdr/>
                <w:text/>
              </w:sdtPr>
              <w:sdtContent>
                <w:r w:rsidRPr="00796EBF">
                  <w:rPr>
                    <w:rFonts w:ascii="Calibri" w:hAnsi="Calibri" w:cs="Calibri"/>
                    <w:color w:val="6B7280"/>
                  </w:rPr>
                  <w:t>Enter text</w:t>
                </w:r>
              </w:sdtContent>
            </w:sdt>
          </w:p>
        </w:tc>
      </w:tr>
      <w:tr w:rsidR="005374D4" w:rsidRPr="00796EBF" w14:paraId="76B86C7C" w14:textId="77777777">
        <w:trPr>
          <w:cantSplit/>
          <w:jc w:val="center"/>
        </w:trPr>
        <w:tc>
          <w:tcPr>
            <w:tcW w:w="1694" w:type="dxa"/>
            <w:shd w:val="clear" w:color="auto" w:fill="EDF5FA"/>
            <w:tcMar>
              <w:top w:w="140" w:type="dxa"/>
              <w:left w:w="130" w:type="dxa"/>
              <w:bottom w:w="140" w:type="dxa"/>
              <w:right w:w="130" w:type="dxa"/>
            </w:tcMar>
          </w:tcPr>
          <w:p w14:paraId="0B18A611" w14:textId="77777777" w:rsidR="005374D4" w:rsidRPr="00796EBF" w:rsidRDefault="00000000">
            <w:pPr>
              <w:rPr>
                <w:rFonts w:ascii="Calibri" w:hAnsi="Calibri" w:cs="Calibri"/>
              </w:rPr>
            </w:pPr>
            <w:sdt>
              <w:sdtPr>
                <w:rPr>
                  <w:rFonts w:ascii="Calibri" w:hAnsi="Calibri" w:cs="Calibri"/>
                </w:rPr>
                <w:alias w:val="Applicant response"/>
                <w:tag w:val="applicant_response"/>
                <w:id w:val="257726564"/>
                <w:showingPlcHdr/>
                <w:text/>
              </w:sdtPr>
              <w:sdtContent>
                <w:r w:rsidRPr="00796EBF">
                  <w:rPr>
                    <w:rFonts w:ascii="Calibri" w:hAnsi="Calibri" w:cs="Calibri"/>
                    <w:color w:val="6B7280"/>
                  </w:rPr>
                  <w:t>Enter text</w:t>
                </w:r>
              </w:sdtContent>
            </w:sdt>
          </w:p>
        </w:tc>
        <w:tc>
          <w:tcPr>
            <w:tcW w:w="1694" w:type="dxa"/>
            <w:shd w:val="clear" w:color="auto" w:fill="EDF5FA"/>
            <w:tcMar>
              <w:top w:w="140" w:type="dxa"/>
              <w:left w:w="130" w:type="dxa"/>
              <w:bottom w:w="140" w:type="dxa"/>
              <w:right w:w="130" w:type="dxa"/>
            </w:tcMar>
          </w:tcPr>
          <w:p w14:paraId="4BA788DB" w14:textId="77777777" w:rsidR="005374D4" w:rsidRPr="00796EBF" w:rsidRDefault="00000000">
            <w:pPr>
              <w:rPr>
                <w:rFonts w:ascii="Calibri" w:hAnsi="Calibri" w:cs="Calibri"/>
              </w:rPr>
            </w:pPr>
            <w:sdt>
              <w:sdtPr>
                <w:rPr>
                  <w:rFonts w:ascii="Calibri" w:hAnsi="Calibri" w:cs="Calibri"/>
                </w:rPr>
                <w:alias w:val="Applicant response"/>
                <w:tag w:val="applicant_response"/>
                <w:id w:val="-1890484955"/>
                <w:showingPlcHdr/>
                <w:text/>
              </w:sdtPr>
              <w:sdtContent>
                <w:r w:rsidRPr="00796EBF">
                  <w:rPr>
                    <w:rFonts w:ascii="Calibri" w:hAnsi="Calibri" w:cs="Calibri"/>
                    <w:color w:val="6B7280"/>
                  </w:rPr>
                  <w:t>Enter text</w:t>
                </w:r>
              </w:sdtContent>
            </w:sdt>
          </w:p>
        </w:tc>
        <w:tc>
          <w:tcPr>
            <w:tcW w:w="1694" w:type="dxa"/>
            <w:shd w:val="clear" w:color="auto" w:fill="EDF5FA"/>
            <w:tcMar>
              <w:top w:w="140" w:type="dxa"/>
              <w:left w:w="130" w:type="dxa"/>
              <w:bottom w:w="140" w:type="dxa"/>
              <w:right w:w="130" w:type="dxa"/>
            </w:tcMar>
          </w:tcPr>
          <w:p w14:paraId="753A199D" w14:textId="77777777" w:rsidR="005374D4" w:rsidRPr="00796EBF" w:rsidRDefault="00000000">
            <w:pPr>
              <w:rPr>
                <w:rFonts w:ascii="Calibri" w:hAnsi="Calibri" w:cs="Calibri"/>
              </w:rPr>
            </w:pPr>
            <w:sdt>
              <w:sdtPr>
                <w:rPr>
                  <w:rFonts w:ascii="Calibri" w:hAnsi="Calibri" w:cs="Calibri"/>
                </w:rPr>
                <w:alias w:val="Applicant response"/>
                <w:tag w:val="applicant_response"/>
                <w:id w:val="1495446140"/>
                <w:showingPlcHdr/>
                <w:text/>
              </w:sdtPr>
              <w:sdtContent>
                <w:r w:rsidRPr="00796EBF">
                  <w:rPr>
                    <w:rFonts w:ascii="Calibri" w:hAnsi="Calibri" w:cs="Calibri"/>
                    <w:color w:val="6B7280"/>
                  </w:rPr>
                  <w:t>Enter text</w:t>
                </w:r>
              </w:sdtContent>
            </w:sdt>
          </w:p>
        </w:tc>
        <w:tc>
          <w:tcPr>
            <w:tcW w:w="1694" w:type="dxa"/>
            <w:shd w:val="clear" w:color="auto" w:fill="EDF5FA"/>
            <w:tcMar>
              <w:top w:w="140" w:type="dxa"/>
              <w:left w:w="130" w:type="dxa"/>
              <w:bottom w:w="140" w:type="dxa"/>
              <w:right w:w="130" w:type="dxa"/>
            </w:tcMar>
          </w:tcPr>
          <w:p w14:paraId="50F596FE" w14:textId="77777777" w:rsidR="005374D4" w:rsidRPr="00796EBF" w:rsidRDefault="00000000">
            <w:pPr>
              <w:rPr>
                <w:rFonts w:ascii="Calibri" w:hAnsi="Calibri" w:cs="Calibri"/>
              </w:rPr>
            </w:pPr>
            <w:sdt>
              <w:sdtPr>
                <w:rPr>
                  <w:rFonts w:ascii="Calibri" w:hAnsi="Calibri" w:cs="Calibri"/>
                </w:rPr>
                <w:alias w:val="Applicant response"/>
                <w:tag w:val="applicant_response"/>
                <w:id w:val="-1780406594"/>
                <w:showingPlcHdr/>
                <w:text/>
              </w:sdtPr>
              <w:sdtContent>
                <w:r w:rsidRPr="00796EBF">
                  <w:rPr>
                    <w:rFonts w:ascii="Calibri" w:hAnsi="Calibri" w:cs="Calibri"/>
                    <w:color w:val="6B7280"/>
                  </w:rPr>
                  <w:t>Enter text</w:t>
                </w:r>
              </w:sdtContent>
            </w:sdt>
          </w:p>
        </w:tc>
        <w:tc>
          <w:tcPr>
            <w:tcW w:w="1694" w:type="dxa"/>
            <w:shd w:val="clear" w:color="auto" w:fill="EDF5FA"/>
            <w:tcMar>
              <w:top w:w="140" w:type="dxa"/>
              <w:left w:w="130" w:type="dxa"/>
              <w:bottom w:w="140" w:type="dxa"/>
              <w:right w:w="130" w:type="dxa"/>
            </w:tcMar>
          </w:tcPr>
          <w:p w14:paraId="78AE6AF5" w14:textId="77777777" w:rsidR="005374D4" w:rsidRPr="00796EBF" w:rsidRDefault="00000000">
            <w:pPr>
              <w:rPr>
                <w:rFonts w:ascii="Calibri" w:hAnsi="Calibri" w:cs="Calibri"/>
              </w:rPr>
            </w:pPr>
            <w:sdt>
              <w:sdtPr>
                <w:rPr>
                  <w:rFonts w:ascii="Calibri" w:hAnsi="Calibri" w:cs="Calibri"/>
                </w:rPr>
                <w:alias w:val="Applicant response"/>
                <w:tag w:val="applicant_response"/>
                <w:id w:val="-1690207121"/>
                <w:showingPlcHdr/>
                <w:text/>
              </w:sdtPr>
              <w:sdtContent>
                <w:r w:rsidRPr="00796EBF">
                  <w:rPr>
                    <w:rFonts w:ascii="Calibri" w:hAnsi="Calibri" w:cs="Calibri"/>
                    <w:color w:val="6B7280"/>
                  </w:rPr>
                  <w:t>Enter text</w:t>
                </w:r>
              </w:sdtContent>
            </w:sdt>
          </w:p>
        </w:tc>
        <w:tc>
          <w:tcPr>
            <w:tcW w:w="1694" w:type="dxa"/>
            <w:shd w:val="clear" w:color="auto" w:fill="EDF5FA"/>
            <w:tcMar>
              <w:top w:w="140" w:type="dxa"/>
              <w:left w:w="130" w:type="dxa"/>
              <w:bottom w:w="140" w:type="dxa"/>
              <w:right w:w="130" w:type="dxa"/>
            </w:tcMar>
          </w:tcPr>
          <w:p w14:paraId="564A2D4B" w14:textId="77777777" w:rsidR="005374D4" w:rsidRPr="00796EBF" w:rsidRDefault="00000000">
            <w:pPr>
              <w:rPr>
                <w:rFonts w:ascii="Calibri" w:hAnsi="Calibri" w:cs="Calibri"/>
              </w:rPr>
            </w:pPr>
            <w:sdt>
              <w:sdtPr>
                <w:rPr>
                  <w:rFonts w:ascii="Calibri" w:hAnsi="Calibri" w:cs="Calibri"/>
                </w:rPr>
                <w:alias w:val="Applicant response"/>
                <w:tag w:val="applicant_response"/>
                <w:id w:val="359242623"/>
                <w:showingPlcHdr/>
                <w:text/>
              </w:sdtPr>
              <w:sdtContent>
                <w:r w:rsidRPr="00796EBF">
                  <w:rPr>
                    <w:rFonts w:ascii="Calibri" w:hAnsi="Calibri" w:cs="Calibri"/>
                    <w:color w:val="6B7280"/>
                  </w:rPr>
                  <w:t>Enter text</w:t>
                </w:r>
              </w:sdtContent>
            </w:sdt>
          </w:p>
        </w:tc>
      </w:tr>
    </w:tbl>
    <w:p w14:paraId="1C26D3E0" w14:textId="77777777" w:rsidR="005374D4" w:rsidRPr="00796EBF" w:rsidRDefault="00000000">
      <w:pPr>
        <w:pStyle w:val="Question"/>
        <w:keepNext/>
        <w:rPr>
          <w:rFonts w:ascii="Calibri" w:hAnsi="Calibri" w:cs="Calibri"/>
          <w:sz w:val="22"/>
        </w:rPr>
      </w:pPr>
      <w:r w:rsidRPr="00796EBF">
        <w:rPr>
          <w:rFonts w:ascii="Calibri" w:hAnsi="Calibri" w:cs="Calibri"/>
          <w:sz w:val="22"/>
        </w:rPr>
        <w:t>B1. Describe the role of each youth lead.</w:t>
      </w:r>
    </w:p>
    <w:p w14:paraId="189AF18C"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Explain how each youth lead will participate in planning, decision-making, implementation and oversight.</w:t>
      </w:r>
    </w:p>
    <w:tbl>
      <w:tblPr>
        <w:tblW w:w="0" w:type="auto"/>
        <w:jc w:val="center"/>
        <w:tblLayout w:type="fixed"/>
        <w:tblLook w:val="04A0" w:firstRow="1" w:lastRow="0" w:firstColumn="1" w:lastColumn="0" w:noHBand="0" w:noVBand="1"/>
      </w:tblPr>
      <w:tblGrid>
        <w:gridCol w:w="10166"/>
      </w:tblGrid>
      <w:tr w:rsidR="005374D4" w:rsidRPr="00796EBF" w14:paraId="3D031C25" w14:textId="77777777">
        <w:trPr>
          <w:jc w:val="center"/>
        </w:trPr>
        <w:tc>
          <w:tcPr>
            <w:tcW w:w="10166" w:type="dxa"/>
            <w:shd w:val="clear" w:color="auto" w:fill="EDF5FA"/>
            <w:tcMar>
              <w:top w:w="120" w:type="dxa"/>
              <w:left w:w="150" w:type="dxa"/>
              <w:bottom w:w="120" w:type="dxa"/>
              <w:right w:w="150" w:type="dxa"/>
            </w:tcMar>
          </w:tcPr>
          <w:p w14:paraId="0B31520B" w14:textId="77777777" w:rsidR="005374D4" w:rsidRPr="00796EBF" w:rsidRDefault="00000000">
            <w:pPr>
              <w:rPr>
                <w:rFonts w:ascii="Calibri" w:hAnsi="Calibri" w:cs="Calibri"/>
              </w:rPr>
            </w:pPr>
            <w:sdt>
              <w:sdtPr>
                <w:rPr>
                  <w:rFonts w:ascii="Calibri" w:hAnsi="Calibri" w:cs="Calibri"/>
                </w:rPr>
                <w:alias w:val="Applicant response"/>
                <w:tag w:val="applicant_response"/>
                <w:id w:val="-1524247790"/>
                <w:showingPlcHdr/>
                <w:text/>
              </w:sdtPr>
              <w:sdtContent>
                <w:r w:rsidRPr="00796EBF">
                  <w:rPr>
                    <w:rFonts w:ascii="Calibri" w:hAnsi="Calibri" w:cs="Calibri"/>
                    <w:i/>
                    <w:color w:val="6B7280"/>
                  </w:rPr>
                  <w:t>Click or tap here to enter your response.</w:t>
                </w:r>
              </w:sdtContent>
            </w:sdt>
          </w:p>
          <w:p w14:paraId="7E251CBA" w14:textId="77777777" w:rsidR="005374D4" w:rsidRPr="00796EBF" w:rsidRDefault="00000000">
            <w:pPr>
              <w:rPr>
                <w:rFonts w:ascii="Calibri" w:hAnsi="Calibri" w:cs="Calibri"/>
              </w:rPr>
            </w:pPr>
            <w:r w:rsidRPr="00796EBF">
              <w:rPr>
                <w:rFonts w:ascii="Calibri" w:hAnsi="Calibri" w:cs="Calibri"/>
              </w:rPr>
              <w:t xml:space="preserve"> </w:t>
            </w:r>
          </w:p>
          <w:p w14:paraId="70CBF644" w14:textId="77777777" w:rsidR="005374D4" w:rsidRPr="00796EBF" w:rsidRDefault="00000000">
            <w:pPr>
              <w:rPr>
                <w:rFonts w:ascii="Calibri" w:hAnsi="Calibri" w:cs="Calibri"/>
              </w:rPr>
            </w:pPr>
            <w:r w:rsidRPr="00796EBF">
              <w:rPr>
                <w:rFonts w:ascii="Calibri" w:hAnsi="Calibri" w:cs="Calibri"/>
              </w:rPr>
              <w:t xml:space="preserve"> </w:t>
            </w:r>
          </w:p>
          <w:p w14:paraId="5BB381B7" w14:textId="77777777" w:rsidR="005374D4" w:rsidRPr="00796EBF" w:rsidRDefault="00000000">
            <w:pPr>
              <w:rPr>
                <w:rFonts w:ascii="Calibri" w:hAnsi="Calibri" w:cs="Calibri"/>
              </w:rPr>
            </w:pPr>
            <w:r w:rsidRPr="00796EBF">
              <w:rPr>
                <w:rFonts w:ascii="Calibri" w:hAnsi="Calibri" w:cs="Calibri"/>
              </w:rPr>
              <w:t xml:space="preserve"> </w:t>
            </w:r>
          </w:p>
          <w:p w14:paraId="108442CB" w14:textId="77777777" w:rsidR="005374D4" w:rsidRPr="00796EBF" w:rsidRDefault="00000000">
            <w:pPr>
              <w:rPr>
                <w:rFonts w:ascii="Calibri" w:hAnsi="Calibri" w:cs="Calibri"/>
              </w:rPr>
            </w:pPr>
            <w:r w:rsidRPr="00796EBF">
              <w:rPr>
                <w:rFonts w:ascii="Calibri" w:hAnsi="Calibri" w:cs="Calibri"/>
              </w:rPr>
              <w:t xml:space="preserve"> </w:t>
            </w:r>
          </w:p>
        </w:tc>
      </w:tr>
    </w:tbl>
    <w:p w14:paraId="3B5B8C56" w14:textId="77777777" w:rsidR="005374D4" w:rsidRPr="00796EBF" w:rsidRDefault="005374D4">
      <w:pPr>
        <w:spacing w:after="0"/>
        <w:rPr>
          <w:rFonts w:ascii="Calibri" w:hAnsi="Calibri" w:cs="Calibri"/>
        </w:rPr>
      </w:pPr>
    </w:p>
    <w:p w14:paraId="4223915D" w14:textId="77777777" w:rsidR="005374D4" w:rsidRPr="00796EBF" w:rsidRDefault="00000000">
      <w:pPr>
        <w:pStyle w:val="Question"/>
        <w:keepNext/>
        <w:rPr>
          <w:rFonts w:ascii="Calibri" w:hAnsi="Calibri" w:cs="Calibri"/>
          <w:sz w:val="22"/>
        </w:rPr>
      </w:pPr>
      <w:r w:rsidRPr="00796EBF">
        <w:rPr>
          <w:rFonts w:ascii="Calibri" w:hAnsi="Calibri" w:cs="Calibri"/>
          <w:sz w:val="22"/>
        </w:rPr>
        <w:t>B2. Identify the adult advisor, if any.</w:t>
      </w:r>
    </w:p>
    <w:p w14:paraId="698C799E"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Explain how the advisor will support the team without replacing youth leadership. Enter “Not applicable” if there is no adult advisor.</w:t>
      </w:r>
    </w:p>
    <w:tbl>
      <w:tblPr>
        <w:tblW w:w="0" w:type="auto"/>
        <w:jc w:val="center"/>
        <w:tblLayout w:type="fixed"/>
        <w:tblLook w:val="04A0" w:firstRow="1" w:lastRow="0" w:firstColumn="1" w:lastColumn="0" w:noHBand="0" w:noVBand="1"/>
      </w:tblPr>
      <w:tblGrid>
        <w:gridCol w:w="10166"/>
      </w:tblGrid>
      <w:tr w:rsidR="005374D4" w:rsidRPr="00796EBF" w14:paraId="7CDD2E14" w14:textId="77777777">
        <w:trPr>
          <w:jc w:val="center"/>
        </w:trPr>
        <w:tc>
          <w:tcPr>
            <w:tcW w:w="10166" w:type="dxa"/>
            <w:shd w:val="clear" w:color="auto" w:fill="EDF5FA"/>
            <w:tcMar>
              <w:top w:w="120" w:type="dxa"/>
              <w:left w:w="150" w:type="dxa"/>
              <w:bottom w:w="120" w:type="dxa"/>
              <w:right w:w="150" w:type="dxa"/>
            </w:tcMar>
          </w:tcPr>
          <w:p w14:paraId="4D22A4A0" w14:textId="77777777" w:rsidR="005374D4" w:rsidRPr="00796EBF" w:rsidRDefault="00000000">
            <w:pPr>
              <w:rPr>
                <w:rFonts w:ascii="Calibri" w:hAnsi="Calibri" w:cs="Calibri"/>
              </w:rPr>
            </w:pPr>
            <w:sdt>
              <w:sdtPr>
                <w:rPr>
                  <w:rFonts w:ascii="Calibri" w:hAnsi="Calibri" w:cs="Calibri"/>
                </w:rPr>
                <w:alias w:val="Applicant response"/>
                <w:tag w:val="applicant_response"/>
                <w:id w:val="-1292435072"/>
                <w:showingPlcHdr/>
                <w:text/>
              </w:sdtPr>
              <w:sdtContent>
                <w:r w:rsidRPr="00796EBF">
                  <w:rPr>
                    <w:rFonts w:ascii="Calibri" w:hAnsi="Calibri" w:cs="Calibri"/>
                    <w:i/>
                    <w:color w:val="6B7280"/>
                  </w:rPr>
                  <w:t>Click or tap here to enter your response.</w:t>
                </w:r>
              </w:sdtContent>
            </w:sdt>
          </w:p>
          <w:p w14:paraId="45125C20" w14:textId="77777777" w:rsidR="005374D4" w:rsidRPr="00796EBF" w:rsidRDefault="00000000">
            <w:pPr>
              <w:rPr>
                <w:rFonts w:ascii="Calibri" w:hAnsi="Calibri" w:cs="Calibri"/>
              </w:rPr>
            </w:pPr>
            <w:r w:rsidRPr="00796EBF">
              <w:rPr>
                <w:rFonts w:ascii="Calibri" w:hAnsi="Calibri" w:cs="Calibri"/>
              </w:rPr>
              <w:t xml:space="preserve"> </w:t>
            </w:r>
          </w:p>
          <w:p w14:paraId="6C6514D5" w14:textId="77777777" w:rsidR="005374D4" w:rsidRPr="00796EBF" w:rsidRDefault="00000000">
            <w:pPr>
              <w:rPr>
                <w:rFonts w:ascii="Calibri" w:hAnsi="Calibri" w:cs="Calibri"/>
              </w:rPr>
            </w:pPr>
            <w:r w:rsidRPr="00796EBF">
              <w:rPr>
                <w:rFonts w:ascii="Calibri" w:hAnsi="Calibri" w:cs="Calibri"/>
              </w:rPr>
              <w:t xml:space="preserve"> </w:t>
            </w:r>
          </w:p>
        </w:tc>
      </w:tr>
    </w:tbl>
    <w:p w14:paraId="4C3DBB76" w14:textId="77777777" w:rsidR="005374D4" w:rsidRPr="00796EBF" w:rsidRDefault="005374D4">
      <w:pPr>
        <w:spacing w:after="0"/>
        <w:rPr>
          <w:rFonts w:ascii="Calibri" w:hAnsi="Calibri" w:cs="Calibri"/>
        </w:rPr>
      </w:pPr>
    </w:p>
    <w:p w14:paraId="774D83FE" w14:textId="77777777" w:rsidR="005374D4" w:rsidRPr="00796EBF" w:rsidRDefault="00000000">
      <w:pPr>
        <w:rPr>
          <w:rFonts w:ascii="Calibri" w:hAnsi="Calibri" w:cs="Calibri"/>
        </w:rPr>
      </w:pPr>
      <w:r w:rsidRPr="00796EBF">
        <w:rPr>
          <w:rFonts w:ascii="Calibri" w:hAnsi="Calibri" w:cs="Calibri"/>
        </w:rPr>
        <w:br w:type="page"/>
      </w:r>
    </w:p>
    <w:p w14:paraId="73CD9737" w14:textId="77777777" w:rsidR="005374D4" w:rsidRPr="00796EBF" w:rsidRDefault="00000000">
      <w:pPr>
        <w:pStyle w:val="SectionHeading"/>
        <w:rPr>
          <w:rFonts w:ascii="Calibri" w:hAnsi="Calibri" w:cs="Calibri"/>
        </w:rPr>
      </w:pPr>
      <w:r w:rsidRPr="00796EBF">
        <w:rPr>
          <w:rFonts w:ascii="Calibri" w:hAnsi="Calibri" w:cs="Calibri"/>
        </w:rPr>
        <w:lastRenderedPageBreak/>
        <w:t>C. Project Overview</w:t>
      </w:r>
    </w:p>
    <w:p w14:paraId="312F0135" w14:textId="77777777" w:rsidR="005374D4" w:rsidRPr="00796EBF" w:rsidRDefault="00000000">
      <w:pPr>
        <w:pStyle w:val="Question"/>
        <w:keepNext/>
        <w:rPr>
          <w:rFonts w:ascii="Calibri" w:hAnsi="Calibri" w:cs="Calibri"/>
          <w:sz w:val="22"/>
        </w:rPr>
      </w:pPr>
      <w:r w:rsidRPr="00796EBF">
        <w:rPr>
          <w:rFonts w:ascii="Calibri" w:hAnsi="Calibri" w:cs="Calibri"/>
          <w:sz w:val="22"/>
        </w:rPr>
        <w:t>C1. Project title</w:t>
      </w:r>
    </w:p>
    <w:tbl>
      <w:tblPr>
        <w:tblW w:w="0" w:type="auto"/>
        <w:jc w:val="center"/>
        <w:tblLayout w:type="fixed"/>
        <w:tblLook w:val="04A0" w:firstRow="1" w:lastRow="0" w:firstColumn="1" w:lastColumn="0" w:noHBand="0" w:noVBand="1"/>
      </w:tblPr>
      <w:tblGrid>
        <w:gridCol w:w="10166"/>
      </w:tblGrid>
      <w:tr w:rsidR="005374D4" w:rsidRPr="00796EBF" w14:paraId="167688A3" w14:textId="77777777">
        <w:trPr>
          <w:jc w:val="center"/>
        </w:trPr>
        <w:tc>
          <w:tcPr>
            <w:tcW w:w="10166" w:type="dxa"/>
            <w:shd w:val="clear" w:color="auto" w:fill="EDF5FA"/>
            <w:tcMar>
              <w:top w:w="120" w:type="dxa"/>
              <w:left w:w="150" w:type="dxa"/>
              <w:bottom w:w="120" w:type="dxa"/>
              <w:right w:w="150" w:type="dxa"/>
            </w:tcMar>
          </w:tcPr>
          <w:p w14:paraId="734E1B34" w14:textId="77777777" w:rsidR="005374D4" w:rsidRPr="00796EBF" w:rsidRDefault="00000000">
            <w:pPr>
              <w:rPr>
                <w:rFonts w:ascii="Calibri" w:hAnsi="Calibri" w:cs="Calibri"/>
              </w:rPr>
            </w:pPr>
            <w:sdt>
              <w:sdtPr>
                <w:rPr>
                  <w:rFonts w:ascii="Calibri" w:hAnsi="Calibri" w:cs="Calibri"/>
                </w:rPr>
                <w:alias w:val="Applicant response"/>
                <w:tag w:val="applicant_response"/>
                <w:id w:val="-747492452"/>
                <w:showingPlcHdr/>
                <w:text/>
              </w:sdtPr>
              <w:sdtContent>
                <w:r w:rsidRPr="00796EBF">
                  <w:rPr>
                    <w:rFonts w:ascii="Calibri" w:hAnsi="Calibri" w:cs="Calibri"/>
                    <w:i/>
                    <w:color w:val="6B7280"/>
                  </w:rPr>
                  <w:t>Enter the proposed project title.</w:t>
                </w:r>
              </w:sdtContent>
            </w:sdt>
          </w:p>
        </w:tc>
      </w:tr>
    </w:tbl>
    <w:p w14:paraId="5C649AAC" w14:textId="77777777" w:rsidR="005374D4" w:rsidRPr="00796EBF" w:rsidRDefault="005374D4">
      <w:pPr>
        <w:spacing w:after="0"/>
        <w:rPr>
          <w:rFonts w:ascii="Calibri" w:hAnsi="Calibri" w:cs="Calibri"/>
        </w:rPr>
      </w:pPr>
    </w:p>
    <w:p w14:paraId="1A8EA0F0" w14:textId="77777777" w:rsidR="005374D4" w:rsidRPr="00796EBF" w:rsidRDefault="00000000">
      <w:pPr>
        <w:pStyle w:val="Question"/>
        <w:keepNext/>
        <w:rPr>
          <w:rFonts w:ascii="Calibri" w:hAnsi="Calibri" w:cs="Calibri"/>
          <w:sz w:val="22"/>
        </w:rPr>
      </w:pPr>
      <w:r w:rsidRPr="00796EBF">
        <w:rPr>
          <w:rFonts w:ascii="Calibri" w:hAnsi="Calibri" w:cs="Calibri"/>
          <w:sz w:val="22"/>
        </w:rPr>
        <w:t>C2. Amount requested</w:t>
      </w:r>
    </w:p>
    <w:p w14:paraId="6CC0D29A"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Enter an amount from $1,000 to $5,000. The amount must match the attached budget.</w:t>
      </w:r>
    </w:p>
    <w:tbl>
      <w:tblPr>
        <w:tblW w:w="0" w:type="auto"/>
        <w:jc w:val="center"/>
        <w:tblLayout w:type="fixed"/>
        <w:tblLook w:val="04A0" w:firstRow="1" w:lastRow="0" w:firstColumn="1" w:lastColumn="0" w:noHBand="0" w:noVBand="1"/>
      </w:tblPr>
      <w:tblGrid>
        <w:gridCol w:w="10166"/>
      </w:tblGrid>
      <w:tr w:rsidR="005374D4" w:rsidRPr="00796EBF" w14:paraId="3ED106C3" w14:textId="77777777">
        <w:trPr>
          <w:jc w:val="center"/>
        </w:trPr>
        <w:tc>
          <w:tcPr>
            <w:tcW w:w="10166" w:type="dxa"/>
            <w:shd w:val="clear" w:color="auto" w:fill="EDF5FA"/>
            <w:tcMar>
              <w:top w:w="120" w:type="dxa"/>
              <w:left w:w="150" w:type="dxa"/>
              <w:bottom w:w="120" w:type="dxa"/>
              <w:right w:w="150" w:type="dxa"/>
            </w:tcMar>
          </w:tcPr>
          <w:p w14:paraId="3C5C5FB9" w14:textId="77777777" w:rsidR="005374D4" w:rsidRPr="00796EBF" w:rsidRDefault="00000000">
            <w:pPr>
              <w:rPr>
                <w:rFonts w:ascii="Calibri" w:hAnsi="Calibri" w:cs="Calibri"/>
              </w:rPr>
            </w:pPr>
            <w:sdt>
              <w:sdtPr>
                <w:rPr>
                  <w:rFonts w:ascii="Calibri" w:hAnsi="Calibri" w:cs="Calibri"/>
                </w:rPr>
                <w:alias w:val="Applicant response"/>
                <w:tag w:val="applicant_response"/>
                <w:id w:val="1262872330"/>
                <w:showingPlcHdr/>
                <w:text/>
              </w:sdtPr>
              <w:sdtContent>
                <w:r w:rsidRPr="00796EBF">
                  <w:rPr>
                    <w:rFonts w:ascii="Calibri" w:hAnsi="Calibri" w:cs="Calibri"/>
                    <w:i/>
                    <w:color w:val="6B7280"/>
                  </w:rPr>
                  <w:t>$__________</w:t>
                </w:r>
              </w:sdtContent>
            </w:sdt>
          </w:p>
        </w:tc>
      </w:tr>
    </w:tbl>
    <w:p w14:paraId="73FD3669" w14:textId="77777777" w:rsidR="005374D4" w:rsidRPr="00796EBF" w:rsidRDefault="005374D4">
      <w:pPr>
        <w:spacing w:after="0"/>
        <w:rPr>
          <w:rFonts w:ascii="Calibri" w:hAnsi="Calibri" w:cs="Calibri"/>
        </w:rPr>
      </w:pPr>
    </w:p>
    <w:p w14:paraId="541D5699" w14:textId="77777777" w:rsidR="005374D4" w:rsidRPr="00796EBF" w:rsidRDefault="00000000">
      <w:pPr>
        <w:pStyle w:val="Question"/>
        <w:keepNext/>
        <w:rPr>
          <w:rFonts w:ascii="Calibri" w:hAnsi="Calibri" w:cs="Calibri"/>
          <w:sz w:val="22"/>
        </w:rPr>
      </w:pPr>
      <w:r w:rsidRPr="00796EBF">
        <w:rPr>
          <w:rFonts w:ascii="Calibri" w:hAnsi="Calibri" w:cs="Calibri"/>
          <w:sz w:val="22"/>
        </w:rPr>
        <w:t>C3. Project summary</w:t>
      </w:r>
    </w:p>
    <w:p w14:paraId="0490208D"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In approximately 100 words, describe what the team proposes to do, who will lead it and the primary result you hope to achieve.</w:t>
      </w:r>
    </w:p>
    <w:tbl>
      <w:tblPr>
        <w:tblW w:w="0" w:type="auto"/>
        <w:jc w:val="center"/>
        <w:tblLayout w:type="fixed"/>
        <w:tblLook w:val="04A0" w:firstRow="1" w:lastRow="0" w:firstColumn="1" w:lastColumn="0" w:noHBand="0" w:noVBand="1"/>
      </w:tblPr>
      <w:tblGrid>
        <w:gridCol w:w="10166"/>
      </w:tblGrid>
      <w:tr w:rsidR="005374D4" w:rsidRPr="00796EBF" w14:paraId="5197796E" w14:textId="77777777">
        <w:trPr>
          <w:jc w:val="center"/>
        </w:trPr>
        <w:tc>
          <w:tcPr>
            <w:tcW w:w="10166" w:type="dxa"/>
            <w:shd w:val="clear" w:color="auto" w:fill="EDF5FA"/>
            <w:tcMar>
              <w:top w:w="120" w:type="dxa"/>
              <w:left w:w="150" w:type="dxa"/>
              <w:bottom w:w="120" w:type="dxa"/>
              <w:right w:w="150" w:type="dxa"/>
            </w:tcMar>
          </w:tcPr>
          <w:p w14:paraId="283D6318" w14:textId="77777777" w:rsidR="005374D4" w:rsidRPr="00796EBF" w:rsidRDefault="00000000">
            <w:pPr>
              <w:rPr>
                <w:rFonts w:ascii="Calibri" w:hAnsi="Calibri" w:cs="Calibri"/>
              </w:rPr>
            </w:pPr>
            <w:sdt>
              <w:sdtPr>
                <w:rPr>
                  <w:rFonts w:ascii="Calibri" w:hAnsi="Calibri" w:cs="Calibri"/>
                </w:rPr>
                <w:alias w:val="Applicant response"/>
                <w:tag w:val="applicant_response"/>
                <w:id w:val="-720207066"/>
                <w:showingPlcHdr/>
                <w:text/>
              </w:sdtPr>
              <w:sdtContent>
                <w:r w:rsidRPr="00796EBF">
                  <w:rPr>
                    <w:rFonts w:ascii="Calibri" w:hAnsi="Calibri" w:cs="Calibri"/>
                    <w:i/>
                    <w:color w:val="6B7280"/>
                  </w:rPr>
                  <w:t>Click or tap here to enter your response.</w:t>
                </w:r>
              </w:sdtContent>
            </w:sdt>
          </w:p>
          <w:p w14:paraId="560F4717" w14:textId="77777777" w:rsidR="005374D4" w:rsidRPr="00796EBF" w:rsidRDefault="00000000">
            <w:pPr>
              <w:rPr>
                <w:rFonts w:ascii="Calibri" w:hAnsi="Calibri" w:cs="Calibri"/>
              </w:rPr>
            </w:pPr>
            <w:r w:rsidRPr="00796EBF">
              <w:rPr>
                <w:rFonts w:ascii="Calibri" w:hAnsi="Calibri" w:cs="Calibri"/>
              </w:rPr>
              <w:t xml:space="preserve"> </w:t>
            </w:r>
          </w:p>
          <w:p w14:paraId="2327201D" w14:textId="77777777" w:rsidR="005374D4" w:rsidRPr="00796EBF" w:rsidRDefault="00000000">
            <w:pPr>
              <w:rPr>
                <w:rFonts w:ascii="Calibri" w:hAnsi="Calibri" w:cs="Calibri"/>
              </w:rPr>
            </w:pPr>
            <w:r w:rsidRPr="00796EBF">
              <w:rPr>
                <w:rFonts w:ascii="Calibri" w:hAnsi="Calibri" w:cs="Calibri"/>
              </w:rPr>
              <w:t xml:space="preserve"> </w:t>
            </w:r>
          </w:p>
          <w:p w14:paraId="2F07BB73" w14:textId="77777777" w:rsidR="005374D4" w:rsidRPr="00796EBF" w:rsidRDefault="00000000">
            <w:pPr>
              <w:rPr>
                <w:rFonts w:ascii="Calibri" w:hAnsi="Calibri" w:cs="Calibri"/>
              </w:rPr>
            </w:pPr>
            <w:r w:rsidRPr="00796EBF">
              <w:rPr>
                <w:rFonts w:ascii="Calibri" w:hAnsi="Calibri" w:cs="Calibri"/>
              </w:rPr>
              <w:t xml:space="preserve"> </w:t>
            </w:r>
          </w:p>
          <w:p w14:paraId="56AEE61F" w14:textId="77777777" w:rsidR="005374D4" w:rsidRPr="00796EBF" w:rsidRDefault="00000000">
            <w:pPr>
              <w:rPr>
                <w:rFonts w:ascii="Calibri" w:hAnsi="Calibri" w:cs="Calibri"/>
              </w:rPr>
            </w:pPr>
            <w:r w:rsidRPr="00796EBF">
              <w:rPr>
                <w:rFonts w:ascii="Calibri" w:hAnsi="Calibri" w:cs="Calibri"/>
              </w:rPr>
              <w:t xml:space="preserve"> </w:t>
            </w:r>
          </w:p>
          <w:p w14:paraId="0EBF07B6" w14:textId="77777777" w:rsidR="005374D4" w:rsidRPr="00796EBF" w:rsidRDefault="00000000">
            <w:pPr>
              <w:rPr>
                <w:rFonts w:ascii="Calibri" w:hAnsi="Calibri" w:cs="Calibri"/>
              </w:rPr>
            </w:pPr>
            <w:r w:rsidRPr="00796EBF">
              <w:rPr>
                <w:rFonts w:ascii="Calibri" w:hAnsi="Calibri" w:cs="Calibri"/>
              </w:rPr>
              <w:t xml:space="preserve"> </w:t>
            </w:r>
          </w:p>
        </w:tc>
      </w:tr>
    </w:tbl>
    <w:p w14:paraId="3B1A4029" w14:textId="77777777" w:rsidR="005374D4" w:rsidRPr="00796EBF" w:rsidRDefault="005374D4">
      <w:pPr>
        <w:spacing w:after="0"/>
        <w:rPr>
          <w:rFonts w:ascii="Calibri" w:hAnsi="Calibri" w:cs="Calibri"/>
        </w:rPr>
      </w:pPr>
    </w:p>
    <w:p w14:paraId="791C3E81" w14:textId="77777777" w:rsidR="005374D4" w:rsidRPr="00796EBF" w:rsidRDefault="00000000">
      <w:pPr>
        <w:pStyle w:val="Question"/>
        <w:keepNext/>
        <w:rPr>
          <w:rFonts w:ascii="Calibri" w:hAnsi="Calibri" w:cs="Calibri"/>
          <w:sz w:val="22"/>
        </w:rPr>
      </w:pPr>
      <w:r w:rsidRPr="00796EBF">
        <w:rPr>
          <w:rFonts w:ascii="Calibri" w:hAnsi="Calibri" w:cs="Calibri"/>
          <w:sz w:val="22"/>
        </w:rPr>
        <w:t>C4. Project location and community served</w:t>
      </w:r>
    </w:p>
    <w:p w14:paraId="4B96E45B"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Where will the project occur? Identify the Pittsburgh neighborhood(s), residents, organization, school or community that will benefit.</w:t>
      </w:r>
    </w:p>
    <w:tbl>
      <w:tblPr>
        <w:tblW w:w="0" w:type="auto"/>
        <w:jc w:val="center"/>
        <w:tblLayout w:type="fixed"/>
        <w:tblLook w:val="04A0" w:firstRow="1" w:lastRow="0" w:firstColumn="1" w:lastColumn="0" w:noHBand="0" w:noVBand="1"/>
      </w:tblPr>
      <w:tblGrid>
        <w:gridCol w:w="10166"/>
      </w:tblGrid>
      <w:tr w:rsidR="005374D4" w:rsidRPr="00796EBF" w14:paraId="4C29534B" w14:textId="77777777">
        <w:trPr>
          <w:jc w:val="center"/>
        </w:trPr>
        <w:tc>
          <w:tcPr>
            <w:tcW w:w="10166" w:type="dxa"/>
            <w:shd w:val="clear" w:color="auto" w:fill="EDF5FA"/>
            <w:tcMar>
              <w:top w:w="120" w:type="dxa"/>
              <w:left w:w="150" w:type="dxa"/>
              <w:bottom w:w="120" w:type="dxa"/>
              <w:right w:w="150" w:type="dxa"/>
            </w:tcMar>
          </w:tcPr>
          <w:p w14:paraId="76C35CE2" w14:textId="77777777" w:rsidR="005374D4" w:rsidRPr="00796EBF" w:rsidRDefault="00000000">
            <w:pPr>
              <w:rPr>
                <w:rFonts w:ascii="Calibri" w:hAnsi="Calibri" w:cs="Calibri"/>
              </w:rPr>
            </w:pPr>
            <w:sdt>
              <w:sdtPr>
                <w:rPr>
                  <w:rFonts w:ascii="Calibri" w:hAnsi="Calibri" w:cs="Calibri"/>
                </w:rPr>
                <w:alias w:val="Applicant response"/>
                <w:tag w:val="applicant_response"/>
                <w:id w:val="-1680738674"/>
                <w:showingPlcHdr/>
                <w:text/>
              </w:sdtPr>
              <w:sdtContent>
                <w:r w:rsidRPr="00796EBF">
                  <w:rPr>
                    <w:rFonts w:ascii="Calibri" w:hAnsi="Calibri" w:cs="Calibri"/>
                    <w:i/>
                    <w:color w:val="6B7280"/>
                  </w:rPr>
                  <w:t>Click or tap here to enter your response.</w:t>
                </w:r>
              </w:sdtContent>
            </w:sdt>
          </w:p>
          <w:p w14:paraId="3FCF4489" w14:textId="77777777" w:rsidR="005374D4" w:rsidRPr="00796EBF" w:rsidRDefault="00000000">
            <w:pPr>
              <w:rPr>
                <w:rFonts w:ascii="Calibri" w:hAnsi="Calibri" w:cs="Calibri"/>
              </w:rPr>
            </w:pPr>
            <w:r w:rsidRPr="00796EBF">
              <w:rPr>
                <w:rFonts w:ascii="Calibri" w:hAnsi="Calibri" w:cs="Calibri"/>
              </w:rPr>
              <w:t xml:space="preserve"> </w:t>
            </w:r>
          </w:p>
          <w:p w14:paraId="0D850E1E" w14:textId="77777777" w:rsidR="005374D4" w:rsidRPr="00796EBF" w:rsidRDefault="00000000">
            <w:pPr>
              <w:rPr>
                <w:rFonts w:ascii="Calibri" w:hAnsi="Calibri" w:cs="Calibri"/>
              </w:rPr>
            </w:pPr>
            <w:r w:rsidRPr="00796EBF">
              <w:rPr>
                <w:rFonts w:ascii="Calibri" w:hAnsi="Calibri" w:cs="Calibri"/>
              </w:rPr>
              <w:t xml:space="preserve"> </w:t>
            </w:r>
          </w:p>
          <w:p w14:paraId="447B6047" w14:textId="77777777" w:rsidR="005374D4" w:rsidRPr="00796EBF" w:rsidRDefault="00000000">
            <w:pPr>
              <w:rPr>
                <w:rFonts w:ascii="Calibri" w:hAnsi="Calibri" w:cs="Calibri"/>
              </w:rPr>
            </w:pPr>
            <w:r w:rsidRPr="00796EBF">
              <w:rPr>
                <w:rFonts w:ascii="Calibri" w:hAnsi="Calibri" w:cs="Calibri"/>
              </w:rPr>
              <w:t xml:space="preserve"> </w:t>
            </w:r>
          </w:p>
        </w:tc>
      </w:tr>
    </w:tbl>
    <w:p w14:paraId="686D335E" w14:textId="77777777" w:rsidR="005374D4" w:rsidRPr="00796EBF" w:rsidRDefault="005374D4">
      <w:pPr>
        <w:spacing w:after="0"/>
        <w:rPr>
          <w:rFonts w:ascii="Calibri" w:hAnsi="Calibri" w:cs="Calibri"/>
        </w:rPr>
      </w:pPr>
    </w:p>
    <w:p w14:paraId="40589628" w14:textId="77777777" w:rsidR="005374D4" w:rsidRPr="00796EBF" w:rsidRDefault="00000000">
      <w:pPr>
        <w:pStyle w:val="Question"/>
        <w:keepNext/>
        <w:rPr>
          <w:rFonts w:ascii="Calibri" w:hAnsi="Calibri" w:cs="Calibri"/>
          <w:sz w:val="22"/>
        </w:rPr>
      </w:pPr>
      <w:r w:rsidRPr="00796EBF">
        <w:rPr>
          <w:rFonts w:ascii="Calibri" w:hAnsi="Calibri" w:cs="Calibri"/>
          <w:sz w:val="22"/>
        </w:rPr>
        <w:t>C5. Climate challenge or community need</w:t>
      </w:r>
    </w:p>
    <w:p w14:paraId="218563C9"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What issue does the project address, and why is action needed now?</w:t>
      </w:r>
    </w:p>
    <w:tbl>
      <w:tblPr>
        <w:tblW w:w="0" w:type="auto"/>
        <w:jc w:val="center"/>
        <w:tblLayout w:type="fixed"/>
        <w:tblLook w:val="04A0" w:firstRow="1" w:lastRow="0" w:firstColumn="1" w:lastColumn="0" w:noHBand="0" w:noVBand="1"/>
      </w:tblPr>
      <w:tblGrid>
        <w:gridCol w:w="10166"/>
      </w:tblGrid>
      <w:tr w:rsidR="005374D4" w:rsidRPr="00796EBF" w14:paraId="59296D0F" w14:textId="77777777">
        <w:trPr>
          <w:jc w:val="center"/>
        </w:trPr>
        <w:tc>
          <w:tcPr>
            <w:tcW w:w="10166" w:type="dxa"/>
            <w:shd w:val="clear" w:color="auto" w:fill="EDF5FA"/>
            <w:tcMar>
              <w:top w:w="120" w:type="dxa"/>
              <w:left w:w="150" w:type="dxa"/>
              <w:bottom w:w="120" w:type="dxa"/>
              <w:right w:w="150" w:type="dxa"/>
            </w:tcMar>
          </w:tcPr>
          <w:p w14:paraId="1551D50A" w14:textId="77777777" w:rsidR="005374D4" w:rsidRPr="00796EBF" w:rsidRDefault="00000000">
            <w:pPr>
              <w:rPr>
                <w:rFonts w:ascii="Calibri" w:hAnsi="Calibri" w:cs="Calibri"/>
              </w:rPr>
            </w:pPr>
            <w:sdt>
              <w:sdtPr>
                <w:rPr>
                  <w:rFonts w:ascii="Calibri" w:hAnsi="Calibri" w:cs="Calibri"/>
                </w:rPr>
                <w:alias w:val="Applicant response"/>
                <w:tag w:val="applicant_response"/>
                <w:id w:val="12426721"/>
                <w:showingPlcHdr/>
                <w:text/>
              </w:sdtPr>
              <w:sdtContent>
                <w:r w:rsidRPr="00796EBF">
                  <w:rPr>
                    <w:rFonts w:ascii="Calibri" w:hAnsi="Calibri" w:cs="Calibri"/>
                    <w:i/>
                    <w:color w:val="6B7280"/>
                  </w:rPr>
                  <w:t>Click or tap here to enter your response.</w:t>
                </w:r>
              </w:sdtContent>
            </w:sdt>
          </w:p>
          <w:p w14:paraId="7F668AE4" w14:textId="77777777" w:rsidR="005374D4" w:rsidRPr="00796EBF" w:rsidRDefault="00000000">
            <w:pPr>
              <w:rPr>
                <w:rFonts w:ascii="Calibri" w:hAnsi="Calibri" w:cs="Calibri"/>
              </w:rPr>
            </w:pPr>
            <w:r w:rsidRPr="00796EBF">
              <w:rPr>
                <w:rFonts w:ascii="Calibri" w:hAnsi="Calibri" w:cs="Calibri"/>
              </w:rPr>
              <w:t xml:space="preserve"> </w:t>
            </w:r>
          </w:p>
          <w:p w14:paraId="1BEB37C1" w14:textId="77777777" w:rsidR="005374D4" w:rsidRPr="00796EBF" w:rsidRDefault="00000000">
            <w:pPr>
              <w:rPr>
                <w:rFonts w:ascii="Calibri" w:hAnsi="Calibri" w:cs="Calibri"/>
              </w:rPr>
            </w:pPr>
            <w:r w:rsidRPr="00796EBF">
              <w:rPr>
                <w:rFonts w:ascii="Calibri" w:hAnsi="Calibri" w:cs="Calibri"/>
              </w:rPr>
              <w:t xml:space="preserve"> </w:t>
            </w:r>
          </w:p>
          <w:p w14:paraId="29C6A262" w14:textId="77777777" w:rsidR="005374D4" w:rsidRPr="00796EBF" w:rsidRDefault="00000000">
            <w:pPr>
              <w:rPr>
                <w:rFonts w:ascii="Calibri" w:hAnsi="Calibri" w:cs="Calibri"/>
              </w:rPr>
            </w:pPr>
            <w:r w:rsidRPr="00796EBF">
              <w:rPr>
                <w:rFonts w:ascii="Calibri" w:hAnsi="Calibri" w:cs="Calibri"/>
              </w:rPr>
              <w:t xml:space="preserve"> </w:t>
            </w:r>
          </w:p>
          <w:p w14:paraId="44505714" w14:textId="77777777" w:rsidR="005374D4" w:rsidRPr="00796EBF" w:rsidRDefault="00000000">
            <w:pPr>
              <w:rPr>
                <w:rFonts w:ascii="Calibri" w:hAnsi="Calibri" w:cs="Calibri"/>
              </w:rPr>
            </w:pPr>
            <w:r w:rsidRPr="00796EBF">
              <w:rPr>
                <w:rFonts w:ascii="Calibri" w:hAnsi="Calibri" w:cs="Calibri"/>
              </w:rPr>
              <w:t xml:space="preserve"> </w:t>
            </w:r>
          </w:p>
        </w:tc>
      </w:tr>
    </w:tbl>
    <w:p w14:paraId="2549CDA4" w14:textId="77777777" w:rsidR="005374D4" w:rsidRPr="00796EBF" w:rsidRDefault="005374D4">
      <w:pPr>
        <w:spacing w:after="0"/>
        <w:rPr>
          <w:rFonts w:ascii="Calibri" w:hAnsi="Calibri" w:cs="Calibri"/>
        </w:rPr>
      </w:pPr>
    </w:p>
    <w:p w14:paraId="1B62C35A" w14:textId="77777777" w:rsidR="005374D4" w:rsidRPr="00796EBF" w:rsidRDefault="00000000">
      <w:pPr>
        <w:pStyle w:val="SectionHeading"/>
        <w:rPr>
          <w:rFonts w:ascii="Calibri" w:hAnsi="Calibri" w:cs="Calibri"/>
        </w:rPr>
      </w:pPr>
      <w:r w:rsidRPr="00796EBF">
        <w:rPr>
          <w:rFonts w:ascii="Calibri" w:hAnsi="Calibri" w:cs="Calibri"/>
        </w:rPr>
        <w:t>D. Climate Alignment and Activities</w:t>
      </w:r>
    </w:p>
    <w:p w14:paraId="36ED2511" w14:textId="77777777" w:rsidR="005374D4" w:rsidRPr="00796EBF" w:rsidRDefault="00000000">
      <w:pPr>
        <w:pStyle w:val="Question"/>
        <w:rPr>
          <w:rFonts w:ascii="Calibri" w:hAnsi="Calibri" w:cs="Calibri"/>
          <w:sz w:val="22"/>
        </w:rPr>
      </w:pPr>
      <w:r w:rsidRPr="00796EBF">
        <w:rPr>
          <w:rFonts w:ascii="Calibri" w:hAnsi="Calibri" w:cs="Calibri"/>
          <w:sz w:val="22"/>
        </w:rPr>
        <w:t>D1. Select the climate priority or priorities addressed by the project. Check all that apply.</w:t>
      </w:r>
    </w:p>
    <w:tbl>
      <w:tblPr>
        <w:tblW w:w="0" w:type="auto"/>
        <w:jc w:val="center"/>
        <w:tblLayout w:type="fixed"/>
        <w:tblLook w:val="04A0" w:firstRow="1" w:lastRow="0" w:firstColumn="1" w:lastColumn="0" w:noHBand="0" w:noVBand="1"/>
      </w:tblPr>
      <w:tblGrid>
        <w:gridCol w:w="5083"/>
        <w:gridCol w:w="5083"/>
      </w:tblGrid>
      <w:tr w:rsidR="005374D4" w:rsidRPr="00796EBF" w14:paraId="339DC05D" w14:textId="77777777">
        <w:trPr>
          <w:jc w:val="center"/>
        </w:trPr>
        <w:tc>
          <w:tcPr>
            <w:tcW w:w="5083" w:type="dxa"/>
            <w:shd w:val="clear" w:color="auto" w:fill="EDF5FA"/>
            <w:tcMar>
              <w:top w:w="90" w:type="dxa"/>
              <w:left w:w="130" w:type="dxa"/>
              <w:bottom w:w="90" w:type="dxa"/>
              <w:right w:w="130" w:type="dxa"/>
            </w:tcMar>
          </w:tcPr>
          <w:p w14:paraId="42B3E10E" w14:textId="77777777" w:rsidR="005374D4" w:rsidRPr="00796EBF" w:rsidRDefault="00000000">
            <w:pPr>
              <w:rPr>
                <w:rFonts w:ascii="Calibri" w:hAnsi="Calibri" w:cs="Calibri"/>
              </w:rPr>
            </w:pPr>
            <w:r w:rsidRPr="00796EBF">
              <w:rPr>
                <w:rFonts w:ascii="Segoe UI Symbol" w:hAnsi="Segoe UI Symbol" w:cs="Segoe UI Symbol"/>
              </w:rPr>
              <w:t>☐</w:t>
            </w:r>
            <w:r w:rsidRPr="00796EBF">
              <w:rPr>
                <w:rFonts w:ascii="Calibri" w:hAnsi="Calibri" w:cs="Calibri"/>
              </w:rPr>
              <w:t xml:space="preserve"> Clean and efficient energy or buildings</w:t>
            </w:r>
          </w:p>
        </w:tc>
        <w:tc>
          <w:tcPr>
            <w:tcW w:w="5083" w:type="dxa"/>
            <w:shd w:val="clear" w:color="auto" w:fill="EDF5FA"/>
            <w:tcMar>
              <w:top w:w="90" w:type="dxa"/>
              <w:left w:w="130" w:type="dxa"/>
              <w:bottom w:w="90" w:type="dxa"/>
              <w:right w:w="130" w:type="dxa"/>
            </w:tcMar>
          </w:tcPr>
          <w:p w14:paraId="09CDB4CD" w14:textId="77777777" w:rsidR="005374D4" w:rsidRPr="00796EBF" w:rsidRDefault="00000000">
            <w:pPr>
              <w:rPr>
                <w:rFonts w:ascii="Calibri" w:hAnsi="Calibri" w:cs="Calibri"/>
              </w:rPr>
            </w:pPr>
            <w:r w:rsidRPr="00796EBF">
              <w:rPr>
                <w:rFonts w:ascii="Segoe UI Symbol" w:hAnsi="Segoe UI Symbol" w:cs="Segoe UI Symbol"/>
              </w:rPr>
              <w:t>☐</w:t>
            </w:r>
            <w:r w:rsidRPr="00796EBF">
              <w:rPr>
                <w:rFonts w:ascii="Calibri" w:hAnsi="Calibri" w:cs="Calibri"/>
              </w:rPr>
              <w:t xml:space="preserve"> Clean transportation and mobility</w:t>
            </w:r>
          </w:p>
        </w:tc>
      </w:tr>
      <w:tr w:rsidR="005374D4" w:rsidRPr="00796EBF" w14:paraId="3DFFF92C" w14:textId="77777777">
        <w:trPr>
          <w:jc w:val="center"/>
        </w:trPr>
        <w:tc>
          <w:tcPr>
            <w:tcW w:w="5083" w:type="dxa"/>
            <w:shd w:val="clear" w:color="auto" w:fill="EDF5FA"/>
            <w:tcMar>
              <w:top w:w="90" w:type="dxa"/>
              <w:left w:w="130" w:type="dxa"/>
              <w:bottom w:w="90" w:type="dxa"/>
              <w:right w:w="130" w:type="dxa"/>
            </w:tcMar>
          </w:tcPr>
          <w:p w14:paraId="45E989D9" w14:textId="77777777" w:rsidR="005374D4" w:rsidRPr="00796EBF" w:rsidRDefault="00000000">
            <w:pPr>
              <w:rPr>
                <w:rFonts w:ascii="Calibri" w:hAnsi="Calibri" w:cs="Calibri"/>
              </w:rPr>
            </w:pPr>
            <w:r w:rsidRPr="00796EBF">
              <w:rPr>
                <w:rFonts w:ascii="Segoe UI Symbol" w:hAnsi="Segoe UI Symbol" w:cs="Segoe UI Symbol"/>
              </w:rPr>
              <w:t>☐</w:t>
            </w:r>
            <w:r w:rsidRPr="00796EBF">
              <w:rPr>
                <w:rFonts w:ascii="Calibri" w:hAnsi="Calibri" w:cs="Calibri"/>
              </w:rPr>
              <w:t xml:space="preserve"> Waste reduction, reuse or circular economy</w:t>
            </w:r>
          </w:p>
        </w:tc>
        <w:tc>
          <w:tcPr>
            <w:tcW w:w="5083" w:type="dxa"/>
            <w:shd w:val="clear" w:color="auto" w:fill="EDF5FA"/>
            <w:tcMar>
              <w:top w:w="90" w:type="dxa"/>
              <w:left w:w="130" w:type="dxa"/>
              <w:bottom w:w="90" w:type="dxa"/>
              <w:right w:w="130" w:type="dxa"/>
            </w:tcMar>
          </w:tcPr>
          <w:p w14:paraId="2B5A3069" w14:textId="77777777" w:rsidR="005374D4" w:rsidRPr="00796EBF" w:rsidRDefault="00000000">
            <w:pPr>
              <w:rPr>
                <w:rFonts w:ascii="Calibri" w:hAnsi="Calibri" w:cs="Calibri"/>
              </w:rPr>
            </w:pPr>
            <w:r w:rsidRPr="00796EBF">
              <w:rPr>
                <w:rFonts w:ascii="Segoe UI Symbol" w:hAnsi="Segoe UI Symbol" w:cs="Segoe UI Symbol"/>
              </w:rPr>
              <w:t>☐</w:t>
            </w:r>
            <w:r w:rsidRPr="00796EBF">
              <w:rPr>
                <w:rFonts w:ascii="Calibri" w:hAnsi="Calibri" w:cs="Calibri"/>
              </w:rPr>
              <w:t xml:space="preserve"> Sustainable food systems</w:t>
            </w:r>
          </w:p>
        </w:tc>
      </w:tr>
      <w:tr w:rsidR="005374D4" w:rsidRPr="00796EBF" w14:paraId="1B94A6DA" w14:textId="77777777">
        <w:trPr>
          <w:jc w:val="center"/>
        </w:trPr>
        <w:tc>
          <w:tcPr>
            <w:tcW w:w="5083" w:type="dxa"/>
            <w:shd w:val="clear" w:color="auto" w:fill="EDF5FA"/>
            <w:tcMar>
              <w:top w:w="90" w:type="dxa"/>
              <w:left w:w="130" w:type="dxa"/>
              <w:bottom w:w="90" w:type="dxa"/>
              <w:right w:w="130" w:type="dxa"/>
            </w:tcMar>
          </w:tcPr>
          <w:p w14:paraId="2006DC56" w14:textId="77777777" w:rsidR="005374D4" w:rsidRPr="00796EBF" w:rsidRDefault="00000000">
            <w:pPr>
              <w:rPr>
                <w:rFonts w:ascii="Calibri" w:hAnsi="Calibri" w:cs="Calibri"/>
              </w:rPr>
            </w:pPr>
            <w:r w:rsidRPr="00796EBF">
              <w:rPr>
                <w:rFonts w:ascii="Segoe UI Symbol" w:hAnsi="Segoe UI Symbol" w:cs="Segoe UI Symbol"/>
              </w:rPr>
              <w:t>☐</w:t>
            </w:r>
            <w:r w:rsidRPr="00796EBF">
              <w:rPr>
                <w:rFonts w:ascii="Calibri" w:hAnsi="Calibri" w:cs="Calibri"/>
              </w:rPr>
              <w:t xml:space="preserve"> Trees, green space or biodiversity</w:t>
            </w:r>
          </w:p>
        </w:tc>
        <w:tc>
          <w:tcPr>
            <w:tcW w:w="5083" w:type="dxa"/>
            <w:shd w:val="clear" w:color="auto" w:fill="EDF5FA"/>
            <w:tcMar>
              <w:top w:w="90" w:type="dxa"/>
              <w:left w:w="130" w:type="dxa"/>
              <w:bottom w:w="90" w:type="dxa"/>
              <w:right w:w="130" w:type="dxa"/>
            </w:tcMar>
          </w:tcPr>
          <w:p w14:paraId="423F906E" w14:textId="77777777" w:rsidR="005374D4" w:rsidRPr="00796EBF" w:rsidRDefault="00000000">
            <w:pPr>
              <w:rPr>
                <w:rFonts w:ascii="Calibri" w:hAnsi="Calibri" w:cs="Calibri"/>
              </w:rPr>
            </w:pPr>
            <w:r w:rsidRPr="00796EBF">
              <w:rPr>
                <w:rFonts w:ascii="Segoe UI Symbol" w:hAnsi="Segoe UI Symbol" w:cs="Segoe UI Symbol"/>
              </w:rPr>
              <w:t>☐</w:t>
            </w:r>
            <w:r w:rsidRPr="00796EBF">
              <w:rPr>
                <w:rFonts w:ascii="Calibri" w:hAnsi="Calibri" w:cs="Calibri"/>
              </w:rPr>
              <w:t xml:space="preserve"> Stormwater management or climate resilience</w:t>
            </w:r>
          </w:p>
        </w:tc>
      </w:tr>
      <w:tr w:rsidR="005374D4" w:rsidRPr="00796EBF" w14:paraId="73C00371" w14:textId="77777777">
        <w:trPr>
          <w:jc w:val="center"/>
        </w:trPr>
        <w:tc>
          <w:tcPr>
            <w:tcW w:w="5083" w:type="dxa"/>
            <w:shd w:val="clear" w:color="auto" w:fill="EDF5FA"/>
            <w:tcMar>
              <w:top w:w="90" w:type="dxa"/>
              <w:left w:w="130" w:type="dxa"/>
              <w:bottom w:w="90" w:type="dxa"/>
              <w:right w:w="130" w:type="dxa"/>
            </w:tcMar>
          </w:tcPr>
          <w:p w14:paraId="30D1B956" w14:textId="77777777" w:rsidR="005374D4" w:rsidRPr="00796EBF" w:rsidRDefault="00000000">
            <w:pPr>
              <w:rPr>
                <w:rFonts w:ascii="Calibri" w:hAnsi="Calibri" w:cs="Calibri"/>
              </w:rPr>
            </w:pPr>
            <w:r w:rsidRPr="00796EBF">
              <w:rPr>
                <w:rFonts w:ascii="Segoe UI Symbol" w:hAnsi="Segoe UI Symbol" w:cs="Segoe UI Symbol"/>
              </w:rPr>
              <w:t>☐</w:t>
            </w:r>
            <w:r w:rsidRPr="00796EBF">
              <w:rPr>
                <w:rFonts w:ascii="Calibri" w:hAnsi="Calibri" w:cs="Calibri"/>
              </w:rPr>
              <w:t xml:space="preserve"> Air quality, public health or environmental justice</w:t>
            </w:r>
          </w:p>
        </w:tc>
        <w:tc>
          <w:tcPr>
            <w:tcW w:w="5083" w:type="dxa"/>
            <w:shd w:val="clear" w:color="auto" w:fill="EDF5FA"/>
            <w:tcMar>
              <w:top w:w="90" w:type="dxa"/>
              <w:left w:w="130" w:type="dxa"/>
              <w:bottom w:w="90" w:type="dxa"/>
              <w:right w:w="130" w:type="dxa"/>
            </w:tcMar>
          </w:tcPr>
          <w:p w14:paraId="78BFDE4C" w14:textId="77777777" w:rsidR="005374D4" w:rsidRPr="00796EBF" w:rsidRDefault="00000000">
            <w:pPr>
              <w:rPr>
                <w:rFonts w:ascii="Calibri" w:hAnsi="Calibri" w:cs="Calibri"/>
              </w:rPr>
            </w:pPr>
            <w:r w:rsidRPr="00796EBF">
              <w:rPr>
                <w:rFonts w:ascii="Segoe UI Symbol" w:hAnsi="Segoe UI Symbol" w:cs="Segoe UI Symbol"/>
              </w:rPr>
              <w:t>☐</w:t>
            </w:r>
            <w:r w:rsidRPr="00796EBF">
              <w:rPr>
                <w:rFonts w:ascii="Calibri" w:hAnsi="Calibri" w:cs="Calibri"/>
              </w:rPr>
              <w:t xml:space="preserve"> Climate education or community engagement</w:t>
            </w:r>
          </w:p>
        </w:tc>
      </w:tr>
      <w:tr w:rsidR="005374D4" w:rsidRPr="00796EBF" w14:paraId="3B40FF15" w14:textId="77777777">
        <w:trPr>
          <w:jc w:val="center"/>
        </w:trPr>
        <w:tc>
          <w:tcPr>
            <w:tcW w:w="5083" w:type="dxa"/>
            <w:shd w:val="clear" w:color="auto" w:fill="EDF5FA"/>
            <w:tcMar>
              <w:top w:w="90" w:type="dxa"/>
              <w:left w:w="130" w:type="dxa"/>
              <w:bottom w:w="90" w:type="dxa"/>
              <w:right w:w="130" w:type="dxa"/>
            </w:tcMar>
          </w:tcPr>
          <w:p w14:paraId="2850ED61" w14:textId="77777777" w:rsidR="005374D4" w:rsidRPr="00796EBF" w:rsidRDefault="00000000">
            <w:pPr>
              <w:rPr>
                <w:rFonts w:ascii="Calibri" w:hAnsi="Calibri" w:cs="Calibri"/>
              </w:rPr>
            </w:pPr>
            <w:r w:rsidRPr="00796EBF">
              <w:rPr>
                <w:rFonts w:ascii="Segoe UI Symbol" w:hAnsi="Segoe UI Symbol" w:cs="Segoe UI Symbol"/>
              </w:rPr>
              <w:t>☐</w:t>
            </w:r>
            <w:r w:rsidRPr="00796EBF">
              <w:rPr>
                <w:rFonts w:ascii="Calibri" w:hAnsi="Calibri" w:cs="Calibri"/>
              </w:rPr>
              <w:t xml:space="preserve"> Other: _______________________________________________</w:t>
            </w:r>
          </w:p>
        </w:tc>
        <w:tc>
          <w:tcPr>
            <w:tcW w:w="5083" w:type="dxa"/>
            <w:shd w:val="clear" w:color="auto" w:fill="EDF5FA"/>
          </w:tcPr>
          <w:p w14:paraId="43AF684C" w14:textId="77777777" w:rsidR="005374D4" w:rsidRPr="00796EBF" w:rsidRDefault="005374D4">
            <w:pPr>
              <w:rPr>
                <w:rFonts w:ascii="Calibri" w:hAnsi="Calibri" w:cs="Calibri"/>
              </w:rPr>
            </w:pPr>
          </w:p>
        </w:tc>
      </w:tr>
    </w:tbl>
    <w:p w14:paraId="47868971" w14:textId="77777777" w:rsidR="005374D4" w:rsidRPr="00796EBF" w:rsidRDefault="00000000">
      <w:pPr>
        <w:pStyle w:val="Question"/>
        <w:keepNext/>
        <w:rPr>
          <w:rFonts w:ascii="Calibri" w:hAnsi="Calibri" w:cs="Calibri"/>
          <w:sz w:val="22"/>
        </w:rPr>
      </w:pPr>
      <w:r w:rsidRPr="00796EBF">
        <w:rPr>
          <w:rFonts w:ascii="Calibri" w:hAnsi="Calibri" w:cs="Calibri"/>
          <w:sz w:val="22"/>
        </w:rPr>
        <w:t>D2. Project activities and youth roles</w:t>
      </w:r>
    </w:p>
    <w:p w14:paraId="0F539277"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Describe the major activities and explain what youth will lead, decide, create, manage or deliver during each activity.</w:t>
      </w:r>
    </w:p>
    <w:tbl>
      <w:tblPr>
        <w:tblW w:w="0" w:type="auto"/>
        <w:jc w:val="center"/>
        <w:tblLayout w:type="fixed"/>
        <w:tblLook w:val="04A0" w:firstRow="1" w:lastRow="0" w:firstColumn="1" w:lastColumn="0" w:noHBand="0" w:noVBand="1"/>
      </w:tblPr>
      <w:tblGrid>
        <w:gridCol w:w="10166"/>
      </w:tblGrid>
      <w:tr w:rsidR="005374D4" w:rsidRPr="00796EBF" w14:paraId="4FBBE239" w14:textId="77777777">
        <w:trPr>
          <w:jc w:val="center"/>
        </w:trPr>
        <w:tc>
          <w:tcPr>
            <w:tcW w:w="10166" w:type="dxa"/>
            <w:shd w:val="clear" w:color="auto" w:fill="EDF5FA"/>
            <w:tcMar>
              <w:top w:w="120" w:type="dxa"/>
              <w:left w:w="150" w:type="dxa"/>
              <w:bottom w:w="120" w:type="dxa"/>
              <w:right w:w="150" w:type="dxa"/>
            </w:tcMar>
          </w:tcPr>
          <w:p w14:paraId="14268D9D" w14:textId="77777777" w:rsidR="005374D4" w:rsidRPr="00796EBF" w:rsidRDefault="00000000">
            <w:pPr>
              <w:rPr>
                <w:rFonts w:ascii="Calibri" w:hAnsi="Calibri" w:cs="Calibri"/>
              </w:rPr>
            </w:pPr>
            <w:sdt>
              <w:sdtPr>
                <w:rPr>
                  <w:rFonts w:ascii="Calibri" w:hAnsi="Calibri" w:cs="Calibri"/>
                </w:rPr>
                <w:alias w:val="Applicant response"/>
                <w:tag w:val="applicant_response"/>
                <w:id w:val="464166659"/>
                <w:showingPlcHdr/>
                <w:text/>
              </w:sdtPr>
              <w:sdtContent>
                <w:r w:rsidRPr="00796EBF">
                  <w:rPr>
                    <w:rFonts w:ascii="Calibri" w:hAnsi="Calibri" w:cs="Calibri"/>
                    <w:i/>
                    <w:color w:val="6B7280"/>
                  </w:rPr>
                  <w:t>Click or tap here to enter your response.</w:t>
                </w:r>
              </w:sdtContent>
            </w:sdt>
          </w:p>
          <w:p w14:paraId="26138439" w14:textId="77777777" w:rsidR="005374D4" w:rsidRPr="00796EBF" w:rsidRDefault="00000000">
            <w:pPr>
              <w:rPr>
                <w:rFonts w:ascii="Calibri" w:hAnsi="Calibri" w:cs="Calibri"/>
              </w:rPr>
            </w:pPr>
            <w:r w:rsidRPr="00796EBF">
              <w:rPr>
                <w:rFonts w:ascii="Calibri" w:hAnsi="Calibri" w:cs="Calibri"/>
              </w:rPr>
              <w:t xml:space="preserve"> </w:t>
            </w:r>
          </w:p>
          <w:p w14:paraId="55C43D6C" w14:textId="77777777" w:rsidR="005374D4" w:rsidRPr="00796EBF" w:rsidRDefault="00000000">
            <w:pPr>
              <w:rPr>
                <w:rFonts w:ascii="Calibri" w:hAnsi="Calibri" w:cs="Calibri"/>
              </w:rPr>
            </w:pPr>
            <w:r w:rsidRPr="00796EBF">
              <w:rPr>
                <w:rFonts w:ascii="Calibri" w:hAnsi="Calibri" w:cs="Calibri"/>
              </w:rPr>
              <w:t xml:space="preserve"> </w:t>
            </w:r>
          </w:p>
          <w:p w14:paraId="64753358" w14:textId="77777777" w:rsidR="005374D4" w:rsidRPr="00796EBF" w:rsidRDefault="00000000">
            <w:pPr>
              <w:rPr>
                <w:rFonts w:ascii="Calibri" w:hAnsi="Calibri" w:cs="Calibri"/>
              </w:rPr>
            </w:pPr>
            <w:r w:rsidRPr="00796EBF">
              <w:rPr>
                <w:rFonts w:ascii="Calibri" w:hAnsi="Calibri" w:cs="Calibri"/>
              </w:rPr>
              <w:t xml:space="preserve"> </w:t>
            </w:r>
          </w:p>
          <w:p w14:paraId="7F3FB25F" w14:textId="77777777" w:rsidR="005374D4" w:rsidRPr="00796EBF" w:rsidRDefault="00000000">
            <w:pPr>
              <w:rPr>
                <w:rFonts w:ascii="Calibri" w:hAnsi="Calibri" w:cs="Calibri"/>
              </w:rPr>
            </w:pPr>
            <w:r w:rsidRPr="00796EBF">
              <w:rPr>
                <w:rFonts w:ascii="Calibri" w:hAnsi="Calibri" w:cs="Calibri"/>
              </w:rPr>
              <w:t xml:space="preserve"> </w:t>
            </w:r>
          </w:p>
          <w:p w14:paraId="49AAECEF" w14:textId="77777777" w:rsidR="005374D4" w:rsidRPr="00796EBF" w:rsidRDefault="00000000">
            <w:pPr>
              <w:rPr>
                <w:rFonts w:ascii="Calibri" w:hAnsi="Calibri" w:cs="Calibri"/>
              </w:rPr>
            </w:pPr>
            <w:r w:rsidRPr="00796EBF">
              <w:rPr>
                <w:rFonts w:ascii="Calibri" w:hAnsi="Calibri" w:cs="Calibri"/>
              </w:rPr>
              <w:t xml:space="preserve"> </w:t>
            </w:r>
          </w:p>
          <w:p w14:paraId="3D506192" w14:textId="77777777" w:rsidR="005374D4" w:rsidRPr="00796EBF" w:rsidRDefault="00000000">
            <w:pPr>
              <w:rPr>
                <w:rFonts w:ascii="Calibri" w:hAnsi="Calibri" w:cs="Calibri"/>
              </w:rPr>
            </w:pPr>
            <w:r w:rsidRPr="00796EBF">
              <w:rPr>
                <w:rFonts w:ascii="Calibri" w:hAnsi="Calibri" w:cs="Calibri"/>
              </w:rPr>
              <w:t xml:space="preserve"> </w:t>
            </w:r>
          </w:p>
        </w:tc>
      </w:tr>
    </w:tbl>
    <w:p w14:paraId="75E289C8" w14:textId="77777777" w:rsidR="005374D4" w:rsidRPr="00796EBF" w:rsidRDefault="005374D4">
      <w:pPr>
        <w:spacing w:after="0"/>
        <w:rPr>
          <w:rFonts w:ascii="Calibri" w:hAnsi="Calibri" w:cs="Calibri"/>
        </w:rPr>
      </w:pPr>
    </w:p>
    <w:p w14:paraId="0ECCBF23" w14:textId="77777777" w:rsidR="005374D4" w:rsidRPr="00796EBF" w:rsidRDefault="00000000">
      <w:pPr>
        <w:pStyle w:val="Question"/>
        <w:keepNext/>
        <w:rPr>
          <w:rFonts w:ascii="Calibri" w:hAnsi="Calibri" w:cs="Calibri"/>
          <w:sz w:val="22"/>
        </w:rPr>
      </w:pPr>
      <w:r w:rsidRPr="00796EBF">
        <w:rPr>
          <w:rFonts w:ascii="Calibri" w:hAnsi="Calibri" w:cs="Calibri"/>
          <w:sz w:val="22"/>
        </w:rPr>
        <w:t>D3. Measurable output</w:t>
      </w:r>
    </w:p>
    <w:p w14:paraId="5FCD5065"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Identify at least one item or activity the project will produce or deliver and include a numerical target—for example, 50 trees planted or four workshops delivered.</w:t>
      </w:r>
    </w:p>
    <w:tbl>
      <w:tblPr>
        <w:tblW w:w="0" w:type="auto"/>
        <w:jc w:val="center"/>
        <w:tblLayout w:type="fixed"/>
        <w:tblLook w:val="04A0" w:firstRow="1" w:lastRow="0" w:firstColumn="1" w:lastColumn="0" w:noHBand="0" w:noVBand="1"/>
      </w:tblPr>
      <w:tblGrid>
        <w:gridCol w:w="10166"/>
      </w:tblGrid>
      <w:tr w:rsidR="005374D4" w:rsidRPr="00796EBF" w14:paraId="22A7BB17" w14:textId="77777777">
        <w:trPr>
          <w:jc w:val="center"/>
        </w:trPr>
        <w:tc>
          <w:tcPr>
            <w:tcW w:w="10166" w:type="dxa"/>
            <w:shd w:val="clear" w:color="auto" w:fill="EDF5FA"/>
            <w:tcMar>
              <w:top w:w="120" w:type="dxa"/>
              <w:left w:w="150" w:type="dxa"/>
              <w:bottom w:w="120" w:type="dxa"/>
              <w:right w:w="150" w:type="dxa"/>
            </w:tcMar>
          </w:tcPr>
          <w:p w14:paraId="629212BF" w14:textId="77777777" w:rsidR="005374D4" w:rsidRPr="00796EBF" w:rsidRDefault="00000000">
            <w:pPr>
              <w:rPr>
                <w:rFonts w:ascii="Calibri" w:hAnsi="Calibri" w:cs="Calibri"/>
              </w:rPr>
            </w:pPr>
            <w:sdt>
              <w:sdtPr>
                <w:rPr>
                  <w:rFonts w:ascii="Calibri" w:hAnsi="Calibri" w:cs="Calibri"/>
                </w:rPr>
                <w:alias w:val="Applicant response"/>
                <w:tag w:val="applicant_response"/>
                <w:id w:val="-1718044346"/>
                <w:showingPlcHdr/>
                <w:text/>
              </w:sdtPr>
              <w:sdtContent>
                <w:r w:rsidRPr="00796EBF">
                  <w:rPr>
                    <w:rFonts w:ascii="Calibri" w:hAnsi="Calibri" w:cs="Calibri"/>
                    <w:i/>
                    <w:color w:val="6B7280"/>
                  </w:rPr>
                  <w:t>Click or tap here to enter your response.</w:t>
                </w:r>
              </w:sdtContent>
            </w:sdt>
          </w:p>
          <w:p w14:paraId="18E62459" w14:textId="77777777" w:rsidR="005374D4" w:rsidRPr="00796EBF" w:rsidRDefault="00000000">
            <w:pPr>
              <w:rPr>
                <w:rFonts w:ascii="Calibri" w:hAnsi="Calibri" w:cs="Calibri"/>
              </w:rPr>
            </w:pPr>
            <w:r w:rsidRPr="00796EBF">
              <w:rPr>
                <w:rFonts w:ascii="Calibri" w:hAnsi="Calibri" w:cs="Calibri"/>
              </w:rPr>
              <w:t xml:space="preserve"> </w:t>
            </w:r>
          </w:p>
          <w:p w14:paraId="500D2094" w14:textId="77777777" w:rsidR="005374D4" w:rsidRPr="00796EBF" w:rsidRDefault="00000000">
            <w:pPr>
              <w:rPr>
                <w:rFonts w:ascii="Calibri" w:hAnsi="Calibri" w:cs="Calibri"/>
              </w:rPr>
            </w:pPr>
            <w:r w:rsidRPr="00796EBF">
              <w:rPr>
                <w:rFonts w:ascii="Calibri" w:hAnsi="Calibri" w:cs="Calibri"/>
              </w:rPr>
              <w:t xml:space="preserve"> </w:t>
            </w:r>
          </w:p>
        </w:tc>
      </w:tr>
    </w:tbl>
    <w:p w14:paraId="17C1155C" w14:textId="77777777" w:rsidR="005374D4" w:rsidRPr="00796EBF" w:rsidRDefault="005374D4">
      <w:pPr>
        <w:spacing w:after="0"/>
        <w:rPr>
          <w:rFonts w:ascii="Calibri" w:hAnsi="Calibri" w:cs="Calibri"/>
        </w:rPr>
      </w:pPr>
    </w:p>
    <w:p w14:paraId="655D2025" w14:textId="77777777" w:rsidR="005374D4" w:rsidRPr="00796EBF" w:rsidRDefault="00000000">
      <w:pPr>
        <w:pStyle w:val="Question"/>
        <w:keepNext/>
        <w:rPr>
          <w:rFonts w:ascii="Calibri" w:hAnsi="Calibri" w:cs="Calibri"/>
          <w:sz w:val="22"/>
        </w:rPr>
      </w:pPr>
      <w:r w:rsidRPr="00796EBF">
        <w:rPr>
          <w:rFonts w:ascii="Calibri" w:hAnsi="Calibri" w:cs="Calibri"/>
          <w:sz w:val="22"/>
        </w:rPr>
        <w:t>D4. Measurable outcome</w:t>
      </w:r>
    </w:p>
    <w:p w14:paraId="40A70E59"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Identify at least one change expected because of the project and include a reasonable target—for example, 100 residents increase their climate knowledge or participating households reduce waste by 10 percent.</w:t>
      </w:r>
    </w:p>
    <w:tbl>
      <w:tblPr>
        <w:tblW w:w="0" w:type="auto"/>
        <w:jc w:val="center"/>
        <w:tblLayout w:type="fixed"/>
        <w:tblLook w:val="04A0" w:firstRow="1" w:lastRow="0" w:firstColumn="1" w:lastColumn="0" w:noHBand="0" w:noVBand="1"/>
      </w:tblPr>
      <w:tblGrid>
        <w:gridCol w:w="10166"/>
      </w:tblGrid>
      <w:tr w:rsidR="005374D4" w:rsidRPr="00796EBF" w14:paraId="4AD56221" w14:textId="77777777">
        <w:trPr>
          <w:jc w:val="center"/>
        </w:trPr>
        <w:tc>
          <w:tcPr>
            <w:tcW w:w="10166" w:type="dxa"/>
            <w:shd w:val="clear" w:color="auto" w:fill="EDF5FA"/>
            <w:tcMar>
              <w:top w:w="120" w:type="dxa"/>
              <w:left w:w="150" w:type="dxa"/>
              <w:bottom w:w="120" w:type="dxa"/>
              <w:right w:w="150" w:type="dxa"/>
            </w:tcMar>
          </w:tcPr>
          <w:p w14:paraId="63DE3D2E" w14:textId="77777777" w:rsidR="005374D4" w:rsidRPr="00796EBF" w:rsidRDefault="00000000">
            <w:pPr>
              <w:rPr>
                <w:rFonts w:ascii="Calibri" w:hAnsi="Calibri" w:cs="Calibri"/>
              </w:rPr>
            </w:pPr>
            <w:sdt>
              <w:sdtPr>
                <w:rPr>
                  <w:rFonts w:ascii="Calibri" w:hAnsi="Calibri" w:cs="Calibri"/>
                </w:rPr>
                <w:alias w:val="Applicant response"/>
                <w:tag w:val="applicant_response"/>
                <w:id w:val="236681936"/>
                <w:showingPlcHdr/>
                <w:text/>
              </w:sdtPr>
              <w:sdtContent>
                <w:r w:rsidRPr="00796EBF">
                  <w:rPr>
                    <w:rFonts w:ascii="Calibri" w:hAnsi="Calibri" w:cs="Calibri"/>
                    <w:i/>
                    <w:color w:val="6B7280"/>
                  </w:rPr>
                  <w:t>Click or tap here to enter your response.</w:t>
                </w:r>
              </w:sdtContent>
            </w:sdt>
          </w:p>
          <w:p w14:paraId="5FDDE72C" w14:textId="77777777" w:rsidR="005374D4" w:rsidRPr="00796EBF" w:rsidRDefault="00000000">
            <w:pPr>
              <w:rPr>
                <w:rFonts w:ascii="Calibri" w:hAnsi="Calibri" w:cs="Calibri"/>
              </w:rPr>
            </w:pPr>
            <w:r w:rsidRPr="00796EBF">
              <w:rPr>
                <w:rFonts w:ascii="Calibri" w:hAnsi="Calibri" w:cs="Calibri"/>
              </w:rPr>
              <w:t xml:space="preserve"> </w:t>
            </w:r>
          </w:p>
          <w:p w14:paraId="5EFA7E8A" w14:textId="77777777" w:rsidR="005374D4" w:rsidRPr="00796EBF" w:rsidRDefault="00000000">
            <w:pPr>
              <w:rPr>
                <w:rFonts w:ascii="Calibri" w:hAnsi="Calibri" w:cs="Calibri"/>
              </w:rPr>
            </w:pPr>
            <w:r w:rsidRPr="00796EBF">
              <w:rPr>
                <w:rFonts w:ascii="Calibri" w:hAnsi="Calibri" w:cs="Calibri"/>
              </w:rPr>
              <w:lastRenderedPageBreak/>
              <w:t xml:space="preserve"> </w:t>
            </w:r>
          </w:p>
        </w:tc>
      </w:tr>
    </w:tbl>
    <w:p w14:paraId="77225856" w14:textId="77777777" w:rsidR="005374D4" w:rsidRPr="00796EBF" w:rsidRDefault="005374D4">
      <w:pPr>
        <w:spacing w:after="0"/>
        <w:rPr>
          <w:rFonts w:ascii="Calibri" w:hAnsi="Calibri" w:cs="Calibri"/>
        </w:rPr>
      </w:pPr>
    </w:p>
    <w:p w14:paraId="7BA3DEF6" w14:textId="43DE31AD" w:rsidR="005374D4" w:rsidRPr="00796EBF" w:rsidRDefault="005374D4">
      <w:pPr>
        <w:rPr>
          <w:rFonts w:ascii="Calibri" w:hAnsi="Calibri" w:cs="Calibri"/>
        </w:rPr>
      </w:pPr>
    </w:p>
    <w:p w14:paraId="58AD9028" w14:textId="77777777" w:rsidR="005374D4" w:rsidRPr="00796EBF" w:rsidRDefault="00000000">
      <w:pPr>
        <w:pStyle w:val="SectionHeading"/>
        <w:rPr>
          <w:rFonts w:ascii="Calibri" w:hAnsi="Calibri" w:cs="Calibri"/>
        </w:rPr>
      </w:pPr>
      <w:r w:rsidRPr="00796EBF">
        <w:rPr>
          <w:rFonts w:ascii="Calibri" w:hAnsi="Calibri" w:cs="Calibri"/>
        </w:rPr>
        <w:t>E. Work Plan and Feasibility</w:t>
      </w:r>
    </w:p>
    <w:p w14:paraId="15803410" w14:textId="77777777" w:rsidR="005374D4" w:rsidRPr="00796EBF" w:rsidRDefault="00000000">
      <w:pPr>
        <w:pStyle w:val="Question"/>
        <w:rPr>
          <w:rFonts w:ascii="Calibri" w:hAnsi="Calibri" w:cs="Calibri"/>
          <w:sz w:val="22"/>
        </w:rPr>
      </w:pPr>
      <w:r w:rsidRPr="00796EBF">
        <w:rPr>
          <w:rFonts w:ascii="Calibri" w:hAnsi="Calibri" w:cs="Calibri"/>
          <w:sz w:val="22"/>
        </w:rPr>
        <w:t>E1. Key milestones and expected completion dates</w:t>
      </w:r>
    </w:p>
    <w:p w14:paraId="725A0202" w14:textId="77777777" w:rsidR="005374D4" w:rsidRPr="00796EBF" w:rsidRDefault="00000000">
      <w:pPr>
        <w:pStyle w:val="Guidance"/>
        <w:rPr>
          <w:rFonts w:ascii="Calibri" w:hAnsi="Calibri" w:cs="Calibri"/>
          <w:sz w:val="20"/>
          <w:szCs w:val="20"/>
        </w:rPr>
      </w:pPr>
      <w:r w:rsidRPr="00796EBF">
        <w:rPr>
          <w:rFonts w:ascii="Calibri" w:hAnsi="Calibri" w:cs="Calibri"/>
          <w:sz w:val="20"/>
          <w:szCs w:val="20"/>
        </w:rPr>
        <w:t>List the major steps needed to complete the project between November 2026 and April 15, 2027. Add rows if needed.</w:t>
      </w:r>
    </w:p>
    <w:tbl>
      <w:tblPr>
        <w:tblW w:w="0" w:type="auto"/>
        <w:jc w:val="center"/>
        <w:tblLayout w:type="fixed"/>
        <w:tblLook w:val="04A0" w:firstRow="1" w:lastRow="0" w:firstColumn="1" w:lastColumn="0" w:noHBand="0" w:noVBand="1"/>
      </w:tblPr>
      <w:tblGrid>
        <w:gridCol w:w="2541"/>
        <w:gridCol w:w="2541"/>
        <w:gridCol w:w="2541"/>
        <w:gridCol w:w="2541"/>
      </w:tblGrid>
      <w:tr w:rsidR="005374D4" w:rsidRPr="00796EBF" w14:paraId="1AE30A45" w14:textId="77777777">
        <w:trPr>
          <w:tblHeader/>
          <w:jc w:val="center"/>
        </w:trPr>
        <w:tc>
          <w:tcPr>
            <w:tcW w:w="2541" w:type="dxa"/>
            <w:shd w:val="clear" w:color="auto" w:fill="003C71"/>
            <w:tcMar>
              <w:top w:w="110" w:type="dxa"/>
              <w:left w:w="130" w:type="dxa"/>
              <w:bottom w:w="110" w:type="dxa"/>
              <w:right w:w="130" w:type="dxa"/>
            </w:tcMar>
          </w:tcPr>
          <w:p w14:paraId="020BE969" w14:textId="77777777" w:rsidR="005374D4" w:rsidRPr="00796EBF" w:rsidRDefault="00000000">
            <w:pPr>
              <w:rPr>
                <w:rFonts w:ascii="Calibri" w:hAnsi="Calibri" w:cs="Calibri"/>
              </w:rPr>
            </w:pPr>
            <w:r w:rsidRPr="00796EBF">
              <w:rPr>
                <w:rFonts w:ascii="Calibri" w:hAnsi="Calibri" w:cs="Calibri"/>
                <w:b/>
                <w:color w:val="FFFFFF"/>
                <w:sz w:val="18"/>
              </w:rPr>
              <w:t>Milestone/activity</w:t>
            </w:r>
          </w:p>
        </w:tc>
        <w:tc>
          <w:tcPr>
            <w:tcW w:w="2541" w:type="dxa"/>
            <w:shd w:val="clear" w:color="auto" w:fill="003C71"/>
            <w:tcMar>
              <w:top w:w="110" w:type="dxa"/>
              <w:left w:w="130" w:type="dxa"/>
              <w:bottom w:w="110" w:type="dxa"/>
              <w:right w:w="130" w:type="dxa"/>
            </w:tcMar>
          </w:tcPr>
          <w:p w14:paraId="1E061D2A" w14:textId="77777777" w:rsidR="005374D4" w:rsidRPr="00796EBF" w:rsidRDefault="00000000">
            <w:pPr>
              <w:rPr>
                <w:rFonts w:ascii="Calibri" w:hAnsi="Calibri" w:cs="Calibri"/>
              </w:rPr>
            </w:pPr>
            <w:r w:rsidRPr="00796EBF">
              <w:rPr>
                <w:rFonts w:ascii="Calibri" w:hAnsi="Calibri" w:cs="Calibri"/>
                <w:b/>
                <w:color w:val="FFFFFF"/>
                <w:sz w:val="18"/>
              </w:rPr>
              <w:t>Youth lead or owner</w:t>
            </w:r>
          </w:p>
        </w:tc>
        <w:tc>
          <w:tcPr>
            <w:tcW w:w="2541" w:type="dxa"/>
            <w:shd w:val="clear" w:color="auto" w:fill="003C71"/>
            <w:tcMar>
              <w:top w:w="110" w:type="dxa"/>
              <w:left w:w="130" w:type="dxa"/>
              <w:bottom w:w="110" w:type="dxa"/>
              <w:right w:w="130" w:type="dxa"/>
            </w:tcMar>
          </w:tcPr>
          <w:p w14:paraId="6B999AB1" w14:textId="77777777" w:rsidR="005374D4" w:rsidRPr="00796EBF" w:rsidRDefault="00000000">
            <w:pPr>
              <w:rPr>
                <w:rFonts w:ascii="Calibri" w:hAnsi="Calibri" w:cs="Calibri"/>
              </w:rPr>
            </w:pPr>
            <w:r w:rsidRPr="00796EBF">
              <w:rPr>
                <w:rFonts w:ascii="Calibri" w:hAnsi="Calibri" w:cs="Calibri"/>
                <w:b/>
                <w:color w:val="FFFFFF"/>
                <w:sz w:val="18"/>
              </w:rPr>
              <w:t>Target date</w:t>
            </w:r>
          </w:p>
        </w:tc>
        <w:tc>
          <w:tcPr>
            <w:tcW w:w="2541" w:type="dxa"/>
            <w:shd w:val="clear" w:color="auto" w:fill="003C71"/>
            <w:tcMar>
              <w:top w:w="110" w:type="dxa"/>
              <w:left w:w="130" w:type="dxa"/>
              <w:bottom w:w="110" w:type="dxa"/>
              <w:right w:w="130" w:type="dxa"/>
            </w:tcMar>
          </w:tcPr>
          <w:p w14:paraId="7ED05F40" w14:textId="77777777" w:rsidR="005374D4" w:rsidRPr="00796EBF" w:rsidRDefault="00000000">
            <w:pPr>
              <w:rPr>
                <w:rFonts w:ascii="Calibri" w:hAnsi="Calibri" w:cs="Calibri"/>
              </w:rPr>
            </w:pPr>
            <w:r w:rsidRPr="00796EBF">
              <w:rPr>
                <w:rFonts w:ascii="Calibri" w:hAnsi="Calibri" w:cs="Calibri"/>
                <w:b/>
                <w:color w:val="FFFFFF"/>
                <w:sz w:val="18"/>
              </w:rPr>
              <w:t>Expected result</w:t>
            </w:r>
          </w:p>
        </w:tc>
      </w:tr>
      <w:tr w:rsidR="005374D4" w:rsidRPr="00796EBF" w14:paraId="683905F9" w14:textId="77777777">
        <w:trPr>
          <w:cantSplit/>
          <w:jc w:val="center"/>
        </w:trPr>
        <w:tc>
          <w:tcPr>
            <w:tcW w:w="2541" w:type="dxa"/>
            <w:shd w:val="clear" w:color="auto" w:fill="EDF5FA"/>
            <w:tcMar>
              <w:top w:w="130" w:type="dxa"/>
              <w:left w:w="130" w:type="dxa"/>
              <w:bottom w:w="130" w:type="dxa"/>
              <w:right w:w="130" w:type="dxa"/>
            </w:tcMar>
          </w:tcPr>
          <w:p w14:paraId="130DC1D3" w14:textId="77777777" w:rsidR="005374D4" w:rsidRPr="00796EBF" w:rsidRDefault="00000000">
            <w:pPr>
              <w:rPr>
                <w:rFonts w:ascii="Calibri" w:hAnsi="Calibri" w:cs="Calibri"/>
              </w:rPr>
            </w:pPr>
            <w:sdt>
              <w:sdtPr>
                <w:rPr>
                  <w:rFonts w:ascii="Calibri" w:hAnsi="Calibri" w:cs="Calibri"/>
                </w:rPr>
                <w:alias w:val="Applicant response"/>
                <w:tag w:val="applicant_response"/>
                <w:id w:val="-922571244"/>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11D17D71" w14:textId="77777777" w:rsidR="005374D4" w:rsidRPr="00796EBF" w:rsidRDefault="00000000">
            <w:pPr>
              <w:rPr>
                <w:rFonts w:ascii="Calibri" w:hAnsi="Calibri" w:cs="Calibri"/>
              </w:rPr>
            </w:pPr>
            <w:sdt>
              <w:sdtPr>
                <w:rPr>
                  <w:rFonts w:ascii="Calibri" w:hAnsi="Calibri" w:cs="Calibri"/>
                </w:rPr>
                <w:alias w:val="Applicant response"/>
                <w:tag w:val="applicant_response"/>
                <w:id w:val="-1582137394"/>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2CC61DF6" w14:textId="77777777" w:rsidR="005374D4" w:rsidRPr="00796EBF" w:rsidRDefault="00000000">
            <w:pPr>
              <w:rPr>
                <w:rFonts w:ascii="Calibri" w:hAnsi="Calibri" w:cs="Calibri"/>
              </w:rPr>
            </w:pPr>
            <w:sdt>
              <w:sdtPr>
                <w:rPr>
                  <w:rFonts w:ascii="Calibri" w:hAnsi="Calibri" w:cs="Calibri"/>
                </w:rPr>
                <w:alias w:val="Applicant response"/>
                <w:tag w:val="applicant_response"/>
                <w:id w:val="1512173593"/>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47782BE7" w14:textId="77777777" w:rsidR="005374D4" w:rsidRPr="00796EBF" w:rsidRDefault="00000000">
            <w:pPr>
              <w:rPr>
                <w:rFonts w:ascii="Calibri" w:hAnsi="Calibri" w:cs="Calibri"/>
              </w:rPr>
            </w:pPr>
            <w:sdt>
              <w:sdtPr>
                <w:rPr>
                  <w:rFonts w:ascii="Calibri" w:hAnsi="Calibri" w:cs="Calibri"/>
                </w:rPr>
                <w:alias w:val="Applicant response"/>
                <w:tag w:val="applicant_response"/>
                <w:id w:val="1491677524"/>
                <w:showingPlcHdr/>
                <w:text/>
              </w:sdtPr>
              <w:sdtContent>
                <w:r w:rsidRPr="00796EBF">
                  <w:rPr>
                    <w:rFonts w:ascii="Calibri" w:hAnsi="Calibri" w:cs="Calibri"/>
                    <w:color w:val="6B7280"/>
                  </w:rPr>
                  <w:t>Enter text</w:t>
                </w:r>
              </w:sdtContent>
            </w:sdt>
          </w:p>
        </w:tc>
      </w:tr>
      <w:tr w:rsidR="005374D4" w:rsidRPr="00796EBF" w14:paraId="15945D75" w14:textId="77777777">
        <w:trPr>
          <w:cantSplit/>
          <w:jc w:val="center"/>
        </w:trPr>
        <w:tc>
          <w:tcPr>
            <w:tcW w:w="2541" w:type="dxa"/>
            <w:shd w:val="clear" w:color="auto" w:fill="EDF5FA"/>
            <w:tcMar>
              <w:top w:w="130" w:type="dxa"/>
              <w:left w:w="130" w:type="dxa"/>
              <w:bottom w:w="130" w:type="dxa"/>
              <w:right w:w="130" w:type="dxa"/>
            </w:tcMar>
          </w:tcPr>
          <w:p w14:paraId="6EA6FF1D" w14:textId="77777777" w:rsidR="005374D4" w:rsidRPr="00796EBF" w:rsidRDefault="00000000">
            <w:pPr>
              <w:rPr>
                <w:rFonts w:ascii="Calibri" w:hAnsi="Calibri" w:cs="Calibri"/>
              </w:rPr>
            </w:pPr>
            <w:sdt>
              <w:sdtPr>
                <w:rPr>
                  <w:rFonts w:ascii="Calibri" w:hAnsi="Calibri" w:cs="Calibri"/>
                </w:rPr>
                <w:alias w:val="Applicant response"/>
                <w:tag w:val="applicant_response"/>
                <w:id w:val="-1240867419"/>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1795FDB0" w14:textId="77777777" w:rsidR="005374D4" w:rsidRPr="00796EBF" w:rsidRDefault="00000000">
            <w:pPr>
              <w:rPr>
                <w:rFonts w:ascii="Calibri" w:hAnsi="Calibri" w:cs="Calibri"/>
              </w:rPr>
            </w:pPr>
            <w:sdt>
              <w:sdtPr>
                <w:rPr>
                  <w:rFonts w:ascii="Calibri" w:hAnsi="Calibri" w:cs="Calibri"/>
                </w:rPr>
                <w:alias w:val="Applicant response"/>
                <w:tag w:val="applicant_response"/>
                <w:id w:val="2043244301"/>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7032100B" w14:textId="77777777" w:rsidR="005374D4" w:rsidRPr="00796EBF" w:rsidRDefault="00000000">
            <w:pPr>
              <w:rPr>
                <w:rFonts w:ascii="Calibri" w:hAnsi="Calibri" w:cs="Calibri"/>
              </w:rPr>
            </w:pPr>
            <w:sdt>
              <w:sdtPr>
                <w:rPr>
                  <w:rFonts w:ascii="Calibri" w:hAnsi="Calibri" w:cs="Calibri"/>
                </w:rPr>
                <w:alias w:val="Applicant response"/>
                <w:tag w:val="applicant_response"/>
                <w:id w:val="-1787799079"/>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4B9E5E4C" w14:textId="77777777" w:rsidR="005374D4" w:rsidRPr="00796EBF" w:rsidRDefault="00000000">
            <w:pPr>
              <w:rPr>
                <w:rFonts w:ascii="Calibri" w:hAnsi="Calibri" w:cs="Calibri"/>
              </w:rPr>
            </w:pPr>
            <w:sdt>
              <w:sdtPr>
                <w:rPr>
                  <w:rFonts w:ascii="Calibri" w:hAnsi="Calibri" w:cs="Calibri"/>
                </w:rPr>
                <w:alias w:val="Applicant response"/>
                <w:tag w:val="applicant_response"/>
                <w:id w:val="597063144"/>
                <w:showingPlcHdr/>
                <w:text/>
              </w:sdtPr>
              <w:sdtContent>
                <w:r w:rsidRPr="00796EBF">
                  <w:rPr>
                    <w:rFonts w:ascii="Calibri" w:hAnsi="Calibri" w:cs="Calibri"/>
                    <w:color w:val="6B7280"/>
                  </w:rPr>
                  <w:t>Enter text</w:t>
                </w:r>
              </w:sdtContent>
            </w:sdt>
          </w:p>
        </w:tc>
      </w:tr>
      <w:tr w:rsidR="005374D4" w:rsidRPr="00796EBF" w14:paraId="6A3FFBD8" w14:textId="77777777">
        <w:trPr>
          <w:cantSplit/>
          <w:jc w:val="center"/>
        </w:trPr>
        <w:tc>
          <w:tcPr>
            <w:tcW w:w="2541" w:type="dxa"/>
            <w:shd w:val="clear" w:color="auto" w:fill="EDF5FA"/>
            <w:tcMar>
              <w:top w:w="130" w:type="dxa"/>
              <w:left w:w="130" w:type="dxa"/>
              <w:bottom w:w="130" w:type="dxa"/>
              <w:right w:w="130" w:type="dxa"/>
            </w:tcMar>
          </w:tcPr>
          <w:p w14:paraId="77D20ECB" w14:textId="77777777" w:rsidR="005374D4" w:rsidRPr="00796EBF" w:rsidRDefault="00000000">
            <w:pPr>
              <w:rPr>
                <w:rFonts w:ascii="Calibri" w:hAnsi="Calibri" w:cs="Calibri"/>
              </w:rPr>
            </w:pPr>
            <w:sdt>
              <w:sdtPr>
                <w:rPr>
                  <w:rFonts w:ascii="Calibri" w:hAnsi="Calibri" w:cs="Calibri"/>
                </w:rPr>
                <w:alias w:val="Applicant response"/>
                <w:tag w:val="applicant_response"/>
                <w:id w:val="-1678344750"/>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508E71EA" w14:textId="77777777" w:rsidR="005374D4" w:rsidRPr="00796EBF" w:rsidRDefault="00000000">
            <w:pPr>
              <w:rPr>
                <w:rFonts w:ascii="Calibri" w:hAnsi="Calibri" w:cs="Calibri"/>
              </w:rPr>
            </w:pPr>
            <w:sdt>
              <w:sdtPr>
                <w:rPr>
                  <w:rFonts w:ascii="Calibri" w:hAnsi="Calibri" w:cs="Calibri"/>
                </w:rPr>
                <w:alias w:val="Applicant response"/>
                <w:tag w:val="applicant_response"/>
                <w:id w:val="1321847386"/>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03B4F4B4" w14:textId="77777777" w:rsidR="005374D4" w:rsidRPr="00796EBF" w:rsidRDefault="00000000">
            <w:pPr>
              <w:rPr>
                <w:rFonts w:ascii="Calibri" w:hAnsi="Calibri" w:cs="Calibri"/>
              </w:rPr>
            </w:pPr>
            <w:sdt>
              <w:sdtPr>
                <w:rPr>
                  <w:rFonts w:ascii="Calibri" w:hAnsi="Calibri" w:cs="Calibri"/>
                </w:rPr>
                <w:alias w:val="Applicant response"/>
                <w:tag w:val="applicant_response"/>
                <w:id w:val="1141154058"/>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501C56EF" w14:textId="77777777" w:rsidR="005374D4" w:rsidRPr="00796EBF" w:rsidRDefault="00000000">
            <w:pPr>
              <w:rPr>
                <w:rFonts w:ascii="Calibri" w:hAnsi="Calibri" w:cs="Calibri"/>
              </w:rPr>
            </w:pPr>
            <w:sdt>
              <w:sdtPr>
                <w:rPr>
                  <w:rFonts w:ascii="Calibri" w:hAnsi="Calibri" w:cs="Calibri"/>
                </w:rPr>
                <w:alias w:val="Applicant response"/>
                <w:tag w:val="applicant_response"/>
                <w:id w:val="1699269059"/>
                <w:showingPlcHdr/>
                <w:text/>
              </w:sdtPr>
              <w:sdtContent>
                <w:r w:rsidRPr="00796EBF">
                  <w:rPr>
                    <w:rFonts w:ascii="Calibri" w:hAnsi="Calibri" w:cs="Calibri"/>
                    <w:color w:val="6B7280"/>
                  </w:rPr>
                  <w:t>Enter text</w:t>
                </w:r>
              </w:sdtContent>
            </w:sdt>
          </w:p>
        </w:tc>
      </w:tr>
      <w:tr w:rsidR="005374D4" w:rsidRPr="00796EBF" w14:paraId="5D321A6F" w14:textId="77777777">
        <w:trPr>
          <w:cantSplit/>
          <w:jc w:val="center"/>
        </w:trPr>
        <w:tc>
          <w:tcPr>
            <w:tcW w:w="2541" w:type="dxa"/>
            <w:shd w:val="clear" w:color="auto" w:fill="EDF5FA"/>
            <w:tcMar>
              <w:top w:w="130" w:type="dxa"/>
              <w:left w:w="130" w:type="dxa"/>
              <w:bottom w:w="130" w:type="dxa"/>
              <w:right w:w="130" w:type="dxa"/>
            </w:tcMar>
          </w:tcPr>
          <w:p w14:paraId="33AD7253" w14:textId="77777777" w:rsidR="005374D4" w:rsidRPr="00796EBF" w:rsidRDefault="00000000">
            <w:pPr>
              <w:rPr>
                <w:rFonts w:ascii="Calibri" w:hAnsi="Calibri" w:cs="Calibri"/>
              </w:rPr>
            </w:pPr>
            <w:sdt>
              <w:sdtPr>
                <w:rPr>
                  <w:rFonts w:ascii="Calibri" w:hAnsi="Calibri" w:cs="Calibri"/>
                </w:rPr>
                <w:alias w:val="Applicant response"/>
                <w:tag w:val="applicant_response"/>
                <w:id w:val="-1388483584"/>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2007A05D" w14:textId="77777777" w:rsidR="005374D4" w:rsidRPr="00796EBF" w:rsidRDefault="00000000">
            <w:pPr>
              <w:rPr>
                <w:rFonts w:ascii="Calibri" w:hAnsi="Calibri" w:cs="Calibri"/>
              </w:rPr>
            </w:pPr>
            <w:sdt>
              <w:sdtPr>
                <w:rPr>
                  <w:rFonts w:ascii="Calibri" w:hAnsi="Calibri" w:cs="Calibri"/>
                </w:rPr>
                <w:alias w:val="Applicant response"/>
                <w:tag w:val="applicant_response"/>
                <w:id w:val="-1721892123"/>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5F9FCAD4" w14:textId="77777777" w:rsidR="005374D4" w:rsidRPr="00796EBF" w:rsidRDefault="00000000">
            <w:pPr>
              <w:rPr>
                <w:rFonts w:ascii="Calibri" w:hAnsi="Calibri" w:cs="Calibri"/>
              </w:rPr>
            </w:pPr>
            <w:sdt>
              <w:sdtPr>
                <w:rPr>
                  <w:rFonts w:ascii="Calibri" w:hAnsi="Calibri" w:cs="Calibri"/>
                </w:rPr>
                <w:alias w:val="Applicant response"/>
                <w:tag w:val="applicant_response"/>
                <w:id w:val="1582644308"/>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103505F4" w14:textId="77777777" w:rsidR="005374D4" w:rsidRPr="00796EBF" w:rsidRDefault="00000000">
            <w:pPr>
              <w:rPr>
                <w:rFonts w:ascii="Calibri" w:hAnsi="Calibri" w:cs="Calibri"/>
              </w:rPr>
            </w:pPr>
            <w:sdt>
              <w:sdtPr>
                <w:rPr>
                  <w:rFonts w:ascii="Calibri" w:hAnsi="Calibri" w:cs="Calibri"/>
                </w:rPr>
                <w:alias w:val="Applicant response"/>
                <w:tag w:val="applicant_response"/>
                <w:id w:val="-1196313432"/>
                <w:showingPlcHdr/>
                <w:text/>
              </w:sdtPr>
              <w:sdtContent>
                <w:r w:rsidRPr="00796EBF">
                  <w:rPr>
                    <w:rFonts w:ascii="Calibri" w:hAnsi="Calibri" w:cs="Calibri"/>
                    <w:color w:val="6B7280"/>
                  </w:rPr>
                  <w:t>Enter text</w:t>
                </w:r>
              </w:sdtContent>
            </w:sdt>
          </w:p>
        </w:tc>
      </w:tr>
      <w:tr w:rsidR="005374D4" w:rsidRPr="00796EBF" w14:paraId="78FC1822" w14:textId="77777777">
        <w:trPr>
          <w:cantSplit/>
          <w:jc w:val="center"/>
        </w:trPr>
        <w:tc>
          <w:tcPr>
            <w:tcW w:w="2541" w:type="dxa"/>
            <w:shd w:val="clear" w:color="auto" w:fill="EDF5FA"/>
            <w:tcMar>
              <w:top w:w="130" w:type="dxa"/>
              <w:left w:w="130" w:type="dxa"/>
              <w:bottom w:w="130" w:type="dxa"/>
              <w:right w:w="130" w:type="dxa"/>
            </w:tcMar>
          </w:tcPr>
          <w:p w14:paraId="662D0863" w14:textId="77777777" w:rsidR="005374D4" w:rsidRPr="00796EBF" w:rsidRDefault="00000000">
            <w:pPr>
              <w:rPr>
                <w:rFonts w:ascii="Calibri" w:hAnsi="Calibri" w:cs="Calibri"/>
              </w:rPr>
            </w:pPr>
            <w:sdt>
              <w:sdtPr>
                <w:rPr>
                  <w:rFonts w:ascii="Calibri" w:hAnsi="Calibri" w:cs="Calibri"/>
                </w:rPr>
                <w:alias w:val="Applicant response"/>
                <w:tag w:val="applicant_response"/>
                <w:id w:val="-309251291"/>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68A7A5AA" w14:textId="77777777" w:rsidR="005374D4" w:rsidRPr="00796EBF" w:rsidRDefault="00000000">
            <w:pPr>
              <w:rPr>
                <w:rFonts w:ascii="Calibri" w:hAnsi="Calibri" w:cs="Calibri"/>
              </w:rPr>
            </w:pPr>
            <w:sdt>
              <w:sdtPr>
                <w:rPr>
                  <w:rFonts w:ascii="Calibri" w:hAnsi="Calibri" w:cs="Calibri"/>
                </w:rPr>
                <w:alias w:val="Applicant response"/>
                <w:tag w:val="applicant_response"/>
                <w:id w:val="1890611551"/>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028B5396" w14:textId="77777777" w:rsidR="005374D4" w:rsidRPr="00796EBF" w:rsidRDefault="00000000">
            <w:pPr>
              <w:rPr>
                <w:rFonts w:ascii="Calibri" w:hAnsi="Calibri" w:cs="Calibri"/>
              </w:rPr>
            </w:pPr>
            <w:sdt>
              <w:sdtPr>
                <w:rPr>
                  <w:rFonts w:ascii="Calibri" w:hAnsi="Calibri" w:cs="Calibri"/>
                </w:rPr>
                <w:alias w:val="Applicant response"/>
                <w:tag w:val="applicant_response"/>
                <w:id w:val="-1367370042"/>
                <w:showingPlcHdr/>
                <w:text/>
              </w:sdtPr>
              <w:sdtContent>
                <w:r w:rsidRPr="00796EBF">
                  <w:rPr>
                    <w:rFonts w:ascii="Calibri" w:hAnsi="Calibri" w:cs="Calibri"/>
                    <w:color w:val="6B7280"/>
                  </w:rPr>
                  <w:t>Enter text</w:t>
                </w:r>
              </w:sdtContent>
            </w:sdt>
          </w:p>
        </w:tc>
        <w:tc>
          <w:tcPr>
            <w:tcW w:w="2541" w:type="dxa"/>
            <w:shd w:val="clear" w:color="auto" w:fill="EDF5FA"/>
            <w:tcMar>
              <w:top w:w="130" w:type="dxa"/>
              <w:left w:w="130" w:type="dxa"/>
              <w:bottom w:w="130" w:type="dxa"/>
              <w:right w:w="130" w:type="dxa"/>
            </w:tcMar>
          </w:tcPr>
          <w:p w14:paraId="36125964" w14:textId="77777777" w:rsidR="005374D4" w:rsidRPr="00796EBF" w:rsidRDefault="00000000">
            <w:pPr>
              <w:rPr>
                <w:rFonts w:ascii="Calibri" w:hAnsi="Calibri" w:cs="Calibri"/>
              </w:rPr>
            </w:pPr>
            <w:sdt>
              <w:sdtPr>
                <w:rPr>
                  <w:rFonts w:ascii="Calibri" w:hAnsi="Calibri" w:cs="Calibri"/>
                </w:rPr>
                <w:alias w:val="Applicant response"/>
                <w:tag w:val="applicant_response"/>
                <w:id w:val="2110620215"/>
                <w:showingPlcHdr/>
                <w:text/>
              </w:sdtPr>
              <w:sdtContent>
                <w:r w:rsidRPr="00796EBF">
                  <w:rPr>
                    <w:rFonts w:ascii="Calibri" w:hAnsi="Calibri" w:cs="Calibri"/>
                    <w:color w:val="6B7280"/>
                  </w:rPr>
                  <w:t>Enter text</w:t>
                </w:r>
              </w:sdtContent>
            </w:sdt>
          </w:p>
        </w:tc>
      </w:tr>
    </w:tbl>
    <w:p w14:paraId="7A36DA24" w14:textId="77777777" w:rsidR="005374D4" w:rsidRPr="00796EBF" w:rsidRDefault="00000000">
      <w:pPr>
        <w:pStyle w:val="Question"/>
        <w:keepNext/>
        <w:rPr>
          <w:rFonts w:ascii="Calibri" w:hAnsi="Calibri" w:cs="Calibri"/>
          <w:sz w:val="22"/>
        </w:rPr>
      </w:pPr>
      <w:r w:rsidRPr="00796EBF">
        <w:rPr>
          <w:rFonts w:ascii="Calibri" w:hAnsi="Calibri" w:cs="Calibri"/>
          <w:sz w:val="22"/>
        </w:rPr>
        <w:t>E2. Partnerships and resources</w:t>
      </w:r>
    </w:p>
    <w:p w14:paraId="255B98C8"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What partnerships, technical expertise, supplies, locations or other resources are needed? Indicate whether each item is confirmed or still being arranged.</w:t>
      </w:r>
    </w:p>
    <w:tbl>
      <w:tblPr>
        <w:tblW w:w="0" w:type="auto"/>
        <w:jc w:val="center"/>
        <w:tblLayout w:type="fixed"/>
        <w:tblLook w:val="04A0" w:firstRow="1" w:lastRow="0" w:firstColumn="1" w:lastColumn="0" w:noHBand="0" w:noVBand="1"/>
      </w:tblPr>
      <w:tblGrid>
        <w:gridCol w:w="10166"/>
      </w:tblGrid>
      <w:tr w:rsidR="005374D4" w:rsidRPr="00796EBF" w14:paraId="7FCDF428" w14:textId="77777777">
        <w:trPr>
          <w:jc w:val="center"/>
        </w:trPr>
        <w:tc>
          <w:tcPr>
            <w:tcW w:w="10166" w:type="dxa"/>
            <w:shd w:val="clear" w:color="auto" w:fill="EDF5FA"/>
            <w:tcMar>
              <w:top w:w="120" w:type="dxa"/>
              <w:left w:w="150" w:type="dxa"/>
              <w:bottom w:w="120" w:type="dxa"/>
              <w:right w:w="150" w:type="dxa"/>
            </w:tcMar>
          </w:tcPr>
          <w:p w14:paraId="4600F451" w14:textId="77777777" w:rsidR="005374D4" w:rsidRPr="00796EBF" w:rsidRDefault="00000000">
            <w:pPr>
              <w:rPr>
                <w:rFonts w:ascii="Calibri" w:hAnsi="Calibri" w:cs="Calibri"/>
              </w:rPr>
            </w:pPr>
            <w:sdt>
              <w:sdtPr>
                <w:rPr>
                  <w:rFonts w:ascii="Calibri" w:hAnsi="Calibri" w:cs="Calibri"/>
                </w:rPr>
                <w:alias w:val="Applicant response"/>
                <w:tag w:val="applicant_response"/>
                <w:id w:val="-411012306"/>
                <w:showingPlcHdr/>
                <w:text/>
              </w:sdtPr>
              <w:sdtContent>
                <w:r w:rsidRPr="00796EBF">
                  <w:rPr>
                    <w:rFonts w:ascii="Calibri" w:hAnsi="Calibri" w:cs="Calibri"/>
                    <w:i/>
                    <w:color w:val="6B7280"/>
                  </w:rPr>
                  <w:t>Click or tap here to enter your response.</w:t>
                </w:r>
              </w:sdtContent>
            </w:sdt>
          </w:p>
          <w:p w14:paraId="2DA9A217" w14:textId="77777777" w:rsidR="005374D4" w:rsidRPr="00796EBF" w:rsidRDefault="00000000">
            <w:pPr>
              <w:rPr>
                <w:rFonts w:ascii="Calibri" w:hAnsi="Calibri" w:cs="Calibri"/>
              </w:rPr>
            </w:pPr>
            <w:r w:rsidRPr="00796EBF">
              <w:rPr>
                <w:rFonts w:ascii="Calibri" w:hAnsi="Calibri" w:cs="Calibri"/>
              </w:rPr>
              <w:t xml:space="preserve"> </w:t>
            </w:r>
          </w:p>
          <w:p w14:paraId="5FBC1DF3" w14:textId="77777777" w:rsidR="005374D4" w:rsidRPr="00796EBF" w:rsidRDefault="00000000">
            <w:pPr>
              <w:rPr>
                <w:rFonts w:ascii="Calibri" w:hAnsi="Calibri" w:cs="Calibri"/>
              </w:rPr>
            </w:pPr>
            <w:r w:rsidRPr="00796EBF">
              <w:rPr>
                <w:rFonts w:ascii="Calibri" w:hAnsi="Calibri" w:cs="Calibri"/>
              </w:rPr>
              <w:t xml:space="preserve"> </w:t>
            </w:r>
          </w:p>
          <w:p w14:paraId="4ED5EC10" w14:textId="77777777" w:rsidR="005374D4" w:rsidRPr="00796EBF" w:rsidRDefault="00000000">
            <w:pPr>
              <w:rPr>
                <w:rFonts w:ascii="Calibri" w:hAnsi="Calibri" w:cs="Calibri"/>
              </w:rPr>
            </w:pPr>
            <w:r w:rsidRPr="00796EBF">
              <w:rPr>
                <w:rFonts w:ascii="Calibri" w:hAnsi="Calibri" w:cs="Calibri"/>
              </w:rPr>
              <w:t xml:space="preserve"> </w:t>
            </w:r>
          </w:p>
        </w:tc>
      </w:tr>
    </w:tbl>
    <w:p w14:paraId="1B1C9446" w14:textId="77777777" w:rsidR="005374D4" w:rsidRPr="00796EBF" w:rsidRDefault="005374D4">
      <w:pPr>
        <w:spacing w:after="0"/>
        <w:rPr>
          <w:rFonts w:ascii="Calibri" w:hAnsi="Calibri" w:cs="Calibri"/>
        </w:rPr>
      </w:pPr>
    </w:p>
    <w:p w14:paraId="32711114" w14:textId="77777777" w:rsidR="005374D4" w:rsidRPr="00796EBF" w:rsidRDefault="00000000">
      <w:pPr>
        <w:pStyle w:val="Question"/>
        <w:keepNext/>
        <w:rPr>
          <w:rFonts w:ascii="Calibri" w:hAnsi="Calibri" w:cs="Calibri"/>
          <w:sz w:val="22"/>
        </w:rPr>
      </w:pPr>
      <w:r w:rsidRPr="00796EBF">
        <w:rPr>
          <w:rFonts w:ascii="Calibri" w:hAnsi="Calibri" w:cs="Calibri"/>
          <w:sz w:val="22"/>
        </w:rPr>
        <w:t>E3. Permissions and approvals</w:t>
      </w:r>
    </w:p>
    <w:p w14:paraId="36A90954"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Identify any permits, insurance, property access, school or organizational approvals, or City services that may be required. Enter “None anticipated” if applicable.</w:t>
      </w:r>
    </w:p>
    <w:tbl>
      <w:tblPr>
        <w:tblW w:w="0" w:type="auto"/>
        <w:jc w:val="center"/>
        <w:tblLayout w:type="fixed"/>
        <w:tblLook w:val="04A0" w:firstRow="1" w:lastRow="0" w:firstColumn="1" w:lastColumn="0" w:noHBand="0" w:noVBand="1"/>
      </w:tblPr>
      <w:tblGrid>
        <w:gridCol w:w="10166"/>
      </w:tblGrid>
      <w:tr w:rsidR="005374D4" w:rsidRPr="00796EBF" w14:paraId="42D9ACFA" w14:textId="77777777">
        <w:trPr>
          <w:jc w:val="center"/>
        </w:trPr>
        <w:tc>
          <w:tcPr>
            <w:tcW w:w="10166" w:type="dxa"/>
            <w:shd w:val="clear" w:color="auto" w:fill="EDF5FA"/>
            <w:tcMar>
              <w:top w:w="120" w:type="dxa"/>
              <w:left w:w="150" w:type="dxa"/>
              <w:bottom w:w="120" w:type="dxa"/>
              <w:right w:w="150" w:type="dxa"/>
            </w:tcMar>
          </w:tcPr>
          <w:p w14:paraId="0DD7A5EC" w14:textId="77777777" w:rsidR="005374D4" w:rsidRPr="00796EBF" w:rsidRDefault="00000000">
            <w:pPr>
              <w:rPr>
                <w:rFonts w:ascii="Calibri" w:hAnsi="Calibri" w:cs="Calibri"/>
              </w:rPr>
            </w:pPr>
            <w:sdt>
              <w:sdtPr>
                <w:rPr>
                  <w:rFonts w:ascii="Calibri" w:hAnsi="Calibri" w:cs="Calibri"/>
                </w:rPr>
                <w:alias w:val="Applicant response"/>
                <w:tag w:val="applicant_response"/>
                <w:id w:val="-43220271"/>
                <w:showingPlcHdr/>
                <w:text/>
              </w:sdtPr>
              <w:sdtContent>
                <w:r w:rsidRPr="00796EBF">
                  <w:rPr>
                    <w:rFonts w:ascii="Calibri" w:hAnsi="Calibri" w:cs="Calibri"/>
                    <w:i/>
                    <w:color w:val="6B7280"/>
                  </w:rPr>
                  <w:t>Click or tap here to enter your response.</w:t>
                </w:r>
              </w:sdtContent>
            </w:sdt>
          </w:p>
          <w:p w14:paraId="25051060" w14:textId="77777777" w:rsidR="005374D4" w:rsidRPr="00796EBF" w:rsidRDefault="00000000">
            <w:pPr>
              <w:rPr>
                <w:rFonts w:ascii="Calibri" w:hAnsi="Calibri" w:cs="Calibri"/>
              </w:rPr>
            </w:pPr>
            <w:r w:rsidRPr="00796EBF">
              <w:rPr>
                <w:rFonts w:ascii="Calibri" w:hAnsi="Calibri" w:cs="Calibri"/>
              </w:rPr>
              <w:t xml:space="preserve"> </w:t>
            </w:r>
          </w:p>
          <w:p w14:paraId="4E51EAD9" w14:textId="77777777" w:rsidR="005374D4" w:rsidRPr="00796EBF" w:rsidRDefault="00000000">
            <w:pPr>
              <w:rPr>
                <w:rFonts w:ascii="Calibri" w:hAnsi="Calibri" w:cs="Calibri"/>
              </w:rPr>
            </w:pPr>
            <w:r w:rsidRPr="00796EBF">
              <w:rPr>
                <w:rFonts w:ascii="Calibri" w:hAnsi="Calibri" w:cs="Calibri"/>
              </w:rPr>
              <w:t xml:space="preserve"> </w:t>
            </w:r>
          </w:p>
          <w:p w14:paraId="37AB549C" w14:textId="77777777" w:rsidR="005374D4" w:rsidRPr="00796EBF" w:rsidRDefault="00000000">
            <w:pPr>
              <w:rPr>
                <w:rFonts w:ascii="Calibri" w:hAnsi="Calibri" w:cs="Calibri"/>
              </w:rPr>
            </w:pPr>
            <w:r w:rsidRPr="00796EBF">
              <w:rPr>
                <w:rFonts w:ascii="Calibri" w:hAnsi="Calibri" w:cs="Calibri"/>
              </w:rPr>
              <w:t xml:space="preserve"> </w:t>
            </w:r>
          </w:p>
        </w:tc>
      </w:tr>
    </w:tbl>
    <w:p w14:paraId="33CDD786" w14:textId="77777777" w:rsidR="005374D4" w:rsidRPr="00796EBF" w:rsidRDefault="005374D4">
      <w:pPr>
        <w:spacing w:after="0"/>
        <w:rPr>
          <w:rFonts w:ascii="Calibri" w:hAnsi="Calibri" w:cs="Calibri"/>
        </w:rPr>
      </w:pPr>
    </w:p>
    <w:p w14:paraId="7AD20E50" w14:textId="77777777" w:rsidR="005374D4" w:rsidRPr="00796EBF" w:rsidRDefault="00000000">
      <w:pPr>
        <w:pStyle w:val="Question"/>
        <w:keepNext/>
        <w:rPr>
          <w:rFonts w:ascii="Calibri" w:hAnsi="Calibri" w:cs="Calibri"/>
          <w:sz w:val="22"/>
        </w:rPr>
      </w:pPr>
      <w:r w:rsidRPr="00796EBF">
        <w:rPr>
          <w:rFonts w:ascii="Calibri" w:hAnsi="Calibri" w:cs="Calibri"/>
          <w:sz w:val="22"/>
        </w:rPr>
        <w:lastRenderedPageBreak/>
        <w:t>E4. Challenges and risk management</w:t>
      </w:r>
    </w:p>
    <w:p w14:paraId="677BFCB6"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What challenges could affect the project, and how will the team address them?</w:t>
      </w:r>
    </w:p>
    <w:tbl>
      <w:tblPr>
        <w:tblW w:w="0" w:type="auto"/>
        <w:jc w:val="center"/>
        <w:tblLayout w:type="fixed"/>
        <w:tblLook w:val="04A0" w:firstRow="1" w:lastRow="0" w:firstColumn="1" w:lastColumn="0" w:noHBand="0" w:noVBand="1"/>
      </w:tblPr>
      <w:tblGrid>
        <w:gridCol w:w="10166"/>
      </w:tblGrid>
      <w:tr w:rsidR="005374D4" w:rsidRPr="00796EBF" w14:paraId="129CBEDC" w14:textId="77777777">
        <w:trPr>
          <w:jc w:val="center"/>
        </w:trPr>
        <w:tc>
          <w:tcPr>
            <w:tcW w:w="10166" w:type="dxa"/>
            <w:shd w:val="clear" w:color="auto" w:fill="EDF5FA"/>
            <w:tcMar>
              <w:top w:w="120" w:type="dxa"/>
              <w:left w:w="150" w:type="dxa"/>
              <w:bottom w:w="120" w:type="dxa"/>
              <w:right w:w="150" w:type="dxa"/>
            </w:tcMar>
          </w:tcPr>
          <w:p w14:paraId="1A9AB074" w14:textId="77777777" w:rsidR="005374D4" w:rsidRPr="00796EBF" w:rsidRDefault="00000000">
            <w:pPr>
              <w:rPr>
                <w:rFonts w:ascii="Calibri" w:hAnsi="Calibri" w:cs="Calibri"/>
              </w:rPr>
            </w:pPr>
            <w:sdt>
              <w:sdtPr>
                <w:rPr>
                  <w:rFonts w:ascii="Calibri" w:hAnsi="Calibri" w:cs="Calibri"/>
                </w:rPr>
                <w:alias w:val="Applicant response"/>
                <w:tag w:val="applicant_response"/>
                <w:id w:val="-698924196"/>
                <w:showingPlcHdr/>
                <w:text/>
              </w:sdtPr>
              <w:sdtContent>
                <w:r w:rsidRPr="00796EBF">
                  <w:rPr>
                    <w:rFonts w:ascii="Calibri" w:hAnsi="Calibri" w:cs="Calibri"/>
                    <w:i/>
                    <w:color w:val="6B7280"/>
                  </w:rPr>
                  <w:t>Click or tap here to enter your response.</w:t>
                </w:r>
              </w:sdtContent>
            </w:sdt>
          </w:p>
          <w:p w14:paraId="3B701FEB" w14:textId="77777777" w:rsidR="005374D4" w:rsidRPr="00796EBF" w:rsidRDefault="00000000">
            <w:pPr>
              <w:rPr>
                <w:rFonts w:ascii="Calibri" w:hAnsi="Calibri" w:cs="Calibri"/>
              </w:rPr>
            </w:pPr>
            <w:r w:rsidRPr="00796EBF">
              <w:rPr>
                <w:rFonts w:ascii="Calibri" w:hAnsi="Calibri" w:cs="Calibri"/>
              </w:rPr>
              <w:t xml:space="preserve"> </w:t>
            </w:r>
          </w:p>
          <w:p w14:paraId="578542AD" w14:textId="77777777" w:rsidR="005374D4" w:rsidRPr="00796EBF" w:rsidRDefault="00000000">
            <w:pPr>
              <w:rPr>
                <w:rFonts w:ascii="Calibri" w:hAnsi="Calibri" w:cs="Calibri"/>
              </w:rPr>
            </w:pPr>
            <w:r w:rsidRPr="00796EBF">
              <w:rPr>
                <w:rFonts w:ascii="Calibri" w:hAnsi="Calibri" w:cs="Calibri"/>
              </w:rPr>
              <w:t xml:space="preserve"> </w:t>
            </w:r>
          </w:p>
          <w:p w14:paraId="2E5BCB8D" w14:textId="77777777" w:rsidR="005374D4" w:rsidRPr="00796EBF" w:rsidRDefault="00000000">
            <w:pPr>
              <w:rPr>
                <w:rFonts w:ascii="Calibri" w:hAnsi="Calibri" w:cs="Calibri"/>
              </w:rPr>
            </w:pPr>
            <w:r w:rsidRPr="00796EBF">
              <w:rPr>
                <w:rFonts w:ascii="Calibri" w:hAnsi="Calibri" w:cs="Calibri"/>
              </w:rPr>
              <w:t xml:space="preserve"> </w:t>
            </w:r>
          </w:p>
        </w:tc>
      </w:tr>
    </w:tbl>
    <w:p w14:paraId="2252C136" w14:textId="77777777" w:rsidR="005374D4" w:rsidRPr="00796EBF" w:rsidRDefault="005374D4">
      <w:pPr>
        <w:spacing w:after="0"/>
        <w:rPr>
          <w:rFonts w:ascii="Calibri" w:hAnsi="Calibri" w:cs="Calibri"/>
        </w:rPr>
      </w:pPr>
    </w:p>
    <w:p w14:paraId="5BCAEC70" w14:textId="77777777" w:rsidR="005374D4" w:rsidRPr="00796EBF" w:rsidRDefault="00000000">
      <w:pPr>
        <w:pStyle w:val="Question"/>
        <w:keepNext/>
        <w:rPr>
          <w:rFonts w:ascii="Calibri" w:hAnsi="Calibri" w:cs="Calibri"/>
          <w:sz w:val="22"/>
        </w:rPr>
      </w:pPr>
      <w:r w:rsidRPr="00796EBF">
        <w:rPr>
          <w:rFonts w:ascii="Calibri" w:hAnsi="Calibri" w:cs="Calibri"/>
          <w:sz w:val="22"/>
        </w:rPr>
        <w:t>E5. Accessibility and inclusion</w:t>
      </w:r>
    </w:p>
    <w:p w14:paraId="12DD6AE5"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How will the project be accessible and inclusive of the people it is intended to serve?</w:t>
      </w:r>
    </w:p>
    <w:tbl>
      <w:tblPr>
        <w:tblW w:w="0" w:type="auto"/>
        <w:jc w:val="center"/>
        <w:tblLayout w:type="fixed"/>
        <w:tblLook w:val="04A0" w:firstRow="1" w:lastRow="0" w:firstColumn="1" w:lastColumn="0" w:noHBand="0" w:noVBand="1"/>
      </w:tblPr>
      <w:tblGrid>
        <w:gridCol w:w="10166"/>
      </w:tblGrid>
      <w:tr w:rsidR="005374D4" w:rsidRPr="00796EBF" w14:paraId="1662BB8D" w14:textId="77777777">
        <w:trPr>
          <w:jc w:val="center"/>
        </w:trPr>
        <w:tc>
          <w:tcPr>
            <w:tcW w:w="10166" w:type="dxa"/>
            <w:shd w:val="clear" w:color="auto" w:fill="EDF5FA"/>
            <w:tcMar>
              <w:top w:w="120" w:type="dxa"/>
              <w:left w:w="150" w:type="dxa"/>
              <w:bottom w:w="120" w:type="dxa"/>
              <w:right w:w="150" w:type="dxa"/>
            </w:tcMar>
          </w:tcPr>
          <w:p w14:paraId="535A7D60" w14:textId="77777777" w:rsidR="005374D4" w:rsidRPr="00796EBF" w:rsidRDefault="00000000">
            <w:pPr>
              <w:rPr>
                <w:rFonts w:ascii="Calibri" w:hAnsi="Calibri" w:cs="Calibri"/>
              </w:rPr>
            </w:pPr>
            <w:sdt>
              <w:sdtPr>
                <w:rPr>
                  <w:rFonts w:ascii="Calibri" w:hAnsi="Calibri" w:cs="Calibri"/>
                </w:rPr>
                <w:alias w:val="Applicant response"/>
                <w:tag w:val="applicant_response"/>
                <w:id w:val="2041318247"/>
                <w:showingPlcHdr/>
                <w:text/>
              </w:sdtPr>
              <w:sdtContent>
                <w:r w:rsidRPr="00796EBF">
                  <w:rPr>
                    <w:rFonts w:ascii="Calibri" w:hAnsi="Calibri" w:cs="Calibri"/>
                    <w:i/>
                    <w:color w:val="6B7280"/>
                  </w:rPr>
                  <w:t>Click or tap here to enter your response.</w:t>
                </w:r>
              </w:sdtContent>
            </w:sdt>
          </w:p>
          <w:p w14:paraId="5188AFD4" w14:textId="77777777" w:rsidR="005374D4" w:rsidRPr="00796EBF" w:rsidRDefault="00000000">
            <w:pPr>
              <w:rPr>
                <w:rFonts w:ascii="Calibri" w:hAnsi="Calibri" w:cs="Calibri"/>
              </w:rPr>
            </w:pPr>
            <w:r w:rsidRPr="00796EBF">
              <w:rPr>
                <w:rFonts w:ascii="Calibri" w:hAnsi="Calibri" w:cs="Calibri"/>
              </w:rPr>
              <w:t xml:space="preserve"> </w:t>
            </w:r>
          </w:p>
          <w:p w14:paraId="03CE3DB3" w14:textId="77777777" w:rsidR="005374D4" w:rsidRPr="00796EBF" w:rsidRDefault="00000000">
            <w:pPr>
              <w:rPr>
                <w:rFonts w:ascii="Calibri" w:hAnsi="Calibri" w:cs="Calibri"/>
              </w:rPr>
            </w:pPr>
            <w:r w:rsidRPr="00796EBF">
              <w:rPr>
                <w:rFonts w:ascii="Calibri" w:hAnsi="Calibri" w:cs="Calibri"/>
              </w:rPr>
              <w:t xml:space="preserve"> </w:t>
            </w:r>
          </w:p>
          <w:p w14:paraId="1A219BCD" w14:textId="77777777" w:rsidR="005374D4" w:rsidRPr="00796EBF" w:rsidRDefault="00000000">
            <w:pPr>
              <w:rPr>
                <w:rFonts w:ascii="Calibri" w:hAnsi="Calibri" w:cs="Calibri"/>
              </w:rPr>
            </w:pPr>
            <w:r w:rsidRPr="00796EBF">
              <w:rPr>
                <w:rFonts w:ascii="Calibri" w:hAnsi="Calibri" w:cs="Calibri"/>
              </w:rPr>
              <w:t xml:space="preserve"> </w:t>
            </w:r>
          </w:p>
        </w:tc>
      </w:tr>
    </w:tbl>
    <w:p w14:paraId="64C1CCEA" w14:textId="77777777" w:rsidR="005374D4" w:rsidRPr="00796EBF" w:rsidRDefault="005374D4">
      <w:pPr>
        <w:spacing w:after="0"/>
        <w:rPr>
          <w:rFonts w:ascii="Calibri" w:hAnsi="Calibri" w:cs="Calibri"/>
        </w:rPr>
      </w:pPr>
    </w:p>
    <w:p w14:paraId="79DF0BCA" w14:textId="274CAEE4" w:rsidR="005374D4" w:rsidRPr="00796EBF" w:rsidRDefault="005374D4">
      <w:pPr>
        <w:rPr>
          <w:rFonts w:ascii="Calibri" w:hAnsi="Calibri" w:cs="Calibri"/>
        </w:rPr>
      </w:pPr>
    </w:p>
    <w:p w14:paraId="7CD43BF7" w14:textId="77777777" w:rsidR="005374D4" w:rsidRPr="00796EBF" w:rsidRDefault="00000000">
      <w:pPr>
        <w:pStyle w:val="SectionHeading"/>
        <w:rPr>
          <w:rFonts w:ascii="Calibri" w:hAnsi="Calibri" w:cs="Calibri"/>
        </w:rPr>
      </w:pPr>
      <w:r w:rsidRPr="00796EBF">
        <w:rPr>
          <w:rFonts w:ascii="Calibri" w:hAnsi="Calibri" w:cs="Calibri"/>
        </w:rPr>
        <w:t>F. Budget and Accountability</w:t>
      </w:r>
    </w:p>
    <w:tbl>
      <w:tblPr>
        <w:tblW w:w="0" w:type="auto"/>
        <w:tblLook w:val="04A0" w:firstRow="1" w:lastRow="0" w:firstColumn="1" w:lastColumn="0" w:noHBand="0" w:noVBand="1"/>
      </w:tblPr>
      <w:tblGrid>
        <w:gridCol w:w="10166"/>
      </w:tblGrid>
      <w:tr w:rsidR="005374D4" w:rsidRPr="00796EBF" w14:paraId="1F69934C" w14:textId="77777777">
        <w:tc>
          <w:tcPr>
            <w:tcW w:w="10166" w:type="dxa"/>
            <w:shd w:val="clear" w:color="auto" w:fill="FFF4D6"/>
            <w:tcMar>
              <w:top w:w="150" w:type="dxa"/>
              <w:left w:w="170" w:type="dxa"/>
              <w:bottom w:w="150" w:type="dxa"/>
              <w:right w:w="170" w:type="dxa"/>
            </w:tcMar>
          </w:tcPr>
          <w:p w14:paraId="750D6F09" w14:textId="77777777" w:rsidR="005374D4" w:rsidRPr="00796EBF" w:rsidRDefault="00000000">
            <w:pPr>
              <w:rPr>
                <w:rFonts w:ascii="Calibri" w:hAnsi="Calibri" w:cs="Calibri"/>
                <w:sz w:val="22"/>
              </w:rPr>
            </w:pPr>
            <w:r w:rsidRPr="00796EBF">
              <w:rPr>
                <w:rFonts w:ascii="Calibri" w:hAnsi="Calibri" w:cs="Calibri"/>
                <w:b/>
                <w:color w:val="003C71"/>
                <w:sz w:val="22"/>
              </w:rPr>
              <w:t xml:space="preserve">Required attachment: </w:t>
            </w:r>
            <w:r w:rsidRPr="00796EBF">
              <w:rPr>
                <w:rFonts w:ascii="Calibri" w:hAnsi="Calibri" w:cs="Calibri"/>
                <w:sz w:val="22"/>
              </w:rPr>
              <w:t>Complete the separate Pittsburgh Youth Climate Action Fund Budget Template. Save/export it as a PDF and upload it with this application.</w:t>
            </w:r>
          </w:p>
        </w:tc>
      </w:tr>
    </w:tbl>
    <w:p w14:paraId="30449B29" w14:textId="77777777" w:rsidR="005374D4" w:rsidRPr="00796EBF" w:rsidRDefault="00000000">
      <w:pPr>
        <w:pStyle w:val="Question"/>
        <w:keepNext/>
        <w:rPr>
          <w:rFonts w:ascii="Calibri" w:hAnsi="Calibri" w:cs="Calibri"/>
          <w:sz w:val="22"/>
        </w:rPr>
      </w:pPr>
      <w:r w:rsidRPr="00796EBF">
        <w:rPr>
          <w:rFonts w:ascii="Calibri" w:hAnsi="Calibri" w:cs="Calibri"/>
          <w:sz w:val="22"/>
        </w:rPr>
        <w:t>F1. Budget justification</w:t>
      </w:r>
    </w:p>
    <w:p w14:paraId="5301317C"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Explain why the proposed costs are reasonable and necessary to complete the project. Highlight any estimates, donated resources or matching support.</w:t>
      </w:r>
    </w:p>
    <w:tbl>
      <w:tblPr>
        <w:tblW w:w="0" w:type="auto"/>
        <w:jc w:val="center"/>
        <w:tblLayout w:type="fixed"/>
        <w:tblLook w:val="04A0" w:firstRow="1" w:lastRow="0" w:firstColumn="1" w:lastColumn="0" w:noHBand="0" w:noVBand="1"/>
      </w:tblPr>
      <w:tblGrid>
        <w:gridCol w:w="10166"/>
      </w:tblGrid>
      <w:tr w:rsidR="005374D4" w:rsidRPr="00796EBF" w14:paraId="1DD67454" w14:textId="77777777">
        <w:trPr>
          <w:jc w:val="center"/>
        </w:trPr>
        <w:tc>
          <w:tcPr>
            <w:tcW w:w="10166" w:type="dxa"/>
            <w:shd w:val="clear" w:color="auto" w:fill="EDF5FA"/>
            <w:tcMar>
              <w:top w:w="120" w:type="dxa"/>
              <w:left w:w="150" w:type="dxa"/>
              <w:bottom w:w="120" w:type="dxa"/>
              <w:right w:w="150" w:type="dxa"/>
            </w:tcMar>
          </w:tcPr>
          <w:p w14:paraId="6FD447B9" w14:textId="77777777" w:rsidR="005374D4" w:rsidRPr="00796EBF" w:rsidRDefault="00000000">
            <w:pPr>
              <w:rPr>
                <w:rFonts w:ascii="Calibri" w:hAnsi="Calibri" w:cs="Calibri"/>
              </w:rPr>
            </w:pPr>
            <w:sdt>
              <w:sdtPr>
                <w:rPr>
                  <w:rFonts w:ascii="Calibri" w:hAnsi="Calibri" w:cs="Calibri"/>
                </w:rPr>
                <w:alias w:val="Applicant response"/>
                <w:tag w:val="applicant_response"/>
                <w:id w:val="-1175490054"/>
                <w:showingPlcHdr/>
                <w:text/>
              </w:sdtPr>
              <w:sdtContent>
                <w:r w:rsidRPr="00796EBF">
                  <w:rPr>
                    <w:rFonts w:ascii="Calibri" w:hAnsi="Calibri" w:cs="Calibri"/>
                    <w:i/>
                    <w:color w:val="6B7280"/>
                  </w:rPr>
                  <w:t>Click or tap here to enter your response.</w:t>
                </w:r>
              </w:sdtContent>
            </w:sdt>
          </w:p>
          <w:p w14:paraId="3DD070B4" w14:textId="77777777" w:rsidR="005374D4" w:rsidRPr="00796EBF" w:rsidRDefault="00000000">
            <w:pPr>
              <w:rPr>
                <w:rFonts w:ascii="Calibri" w:hAnsi="Calibri" w:cs="Calibri"/>
              </w:rPr>
            </w:pPr>
            <w:r w:rsidRPr="00796EBF">
              <w:rPr>
                <w:rFonts w:ascii="Calibri" w:hAnsi="Calibri" w:cs="Calibri"/>
              </w:rPr>
              <w:t xml:space="preserve"> </w:t>
            </w:r>
          </w:p>
          <w:p w14:paraId="008083D5" w14:textId="77777777" w:rsidR="005374D4" w:rsidRPr="00796EBF" w:rsidRDefault="00000000">
            <w:pPr>
              <w:rPr>
                <w:rFonts w:ascii="Calibri" w:hAnsi="Calibri" w:cs="Calibri"/>
              </w:rPr>
            </w:pPr>
            <w:r w:rsidRPr="00796EBF">
              <w:rPr>
                <w:rFonts w:ascii="Calibri" w:hAnsi="Calibri" w:cs="Calibri"/>
              </w:rPr>
              <w:t xml:space="preserve"> </w:t>
            </w:r>
          </w:p>
          <w:p w14:paraId="5D4E3F12" w14:textId="77777777" w:rsidR="005374D4" w:rsidRPr="00796EBF" w:rsidRDefault="00000000">
            <w:pPr>
              <w:rPr>
                <w:rFonts w:ascii="Calibri" w:hAnsi="Calibri" w:cs="Calibri"/>
              </w:rPr>
            </w:pPr>
            <w:r w:rsidRPr="00796EBF">
              <w:rPr>
                <w:rFonts w:ascii="Calibri" w:hAnsi="Calibri" w:cs="Calibri"/>
              </w:rPr>
              <w:t xml:space="preserve"> </w:t>
            </w:r>
          </w:p>
        </w:tc>
      </w:tr>
    </w:tbl>
    <w:p w14:paraId="473970D7" w14:textId="77777777" w:rsidR="005374D4" w:rsidRPr="00796EBF" w:rsidRDefault="005374D4">
      <w:pPr>
        <w:spacing w:after="0"/>
        <w:rPr>
          <w:rFonts w:ascii="Calibri" w:hAnsi="Calibri" w:cs="Calibri"/>
        </w:rPr>
      </w:pPr>
    </w:p>
    <w:p w14:paraId="01AAB609" w14:textId="77777777" w:rsidR="005374D4" w:rsidRPr="00796EBF" w:rsidRDefault="00000000">
      <w:pPr>
        <w:pStyle w:val="Question"/>
        <w:keepNext/>
        <w:rPr>
          <w:rFonts w:ascii="Calibri" w:hAnsi="Calibri" w:cs="Calibri"/>
          <w:sz w:val="22"/>
        </w:rPr>
      </w:pPr>
      <w:r w:rsidRPr="00796EBF">
        <w:rPr>
          <w:rFonts w:ascii="Calibri" w:hAnsi="Calibri" w:cs="Calibri"/>
          <w:sz w:val="22"/>
        </w:rPr>
        <w:t>F2. Financial tracking and reporting</w:t>
      </w:r>
    </w:p>
    <w:p w14:paraId="0D162727" w14:textId="77777777" w:rsidR="005374D4" w:rsidRPr="00796EBF" w:rsidRDefault="00000000">
      <w:pPr>
        <w:pStyle w:val="Guidance"/>
        <w:keepNext/>
        <w:rPr>
          <w:rFonts w:ascii="Calibri" w:hAnsi="Calibri" w:cs="Calibri"/>
          <w:sz w:val="20"/>
          <w:szCs w:val="20"/>
        </w:rPr>
      </w:pPr>
      <w:r w:rsidRPr="00796EBF">
        <w:rPr>
          <w:rFonts w:ascii="Calibri" w:hAnsi="Calibri" w:cs="Calibri"/>
          <w:sz w:val="20"/>
          <w:szCs w:val="20"/>
        </w:rPr>
        <w:t>Explain how the youth team and sponsoring organization will track spending, retain receipts and report project progress and results.</w:t>
      </w:r>
    </w:p>
    <w:tbl>
      <w:tblPr>
        <w:tblW w:w="0" w:type="auto"/>
        <w:jc w:val="center"/>
        <w:tblLayout w:type="fixed"/>
        <w:tblLook w:val="04A0" w:firstRow="1" w:lastRow="0" w:firstColumn="1" w:lastColumn="0" w:noHBand="0" w:noVBand="1"/>
      </w:tblPr>
      <w:tblGrid>
        <w:gridCol w:w="10166"/>
      </w:tblGrid>
      <w:tr w:rsidR="005374D4" w:rsidRPr="00796EBF" w14:paraId="4C803723" w14:textId="77777777">
        <w:trPr>
          <w:jc w:val="center"/>
        </w:trPr>
        <w:tc>
          <w:tcPr>
            <w:tcW w:w="10166" w:type="dxa"/>
            <w:shd w:val="clear" w:color="auto" w:fill="EDF5FA"/>
            <w:tcMar>
              <w:top w:w="120" w:type="dxa"/>
              <w:left w:w="150" w:type="dxa"/>
              <w:bottom w:w="120" w:type="dxa"/>
              <w:right w:w="150" w:type="dxa"/>
            </w:tcMar>
          </w:tcPr>
          <w:p w14:paraId="25E8B945" w14:textId="77777777" w:rsidR="005374D4" w:rsidRPr="00796EBF" w:rsidRDefault="00000000">
            <w:pPr>
              <w:rPr>
                <w:rFonts w:ascii="Calibri" w:hAnsi="Calibri" w:cs="Calibri"/>
              </w:rPr>
            </w:pPr>
            <w:sdt>
              <w:sdtPr>
                <w:rPr>
                  <w:rFonts w:ascii="Calibri" w:hAnsi="Calibri" w:cs="Calibri"/>
                </w:rPr>
                <w:alias w:val="Applicant response"/>
                <w:tag w:val="applicant_response"/>
                <w:id w:val="-282740151"/>
                <w:showingPlcHdr/>
                <w:text/>
              </w:sdtPr>
              <w:sdtContent>
                <w:r w:rsidRPr="00796EBF">
                  <w:rPr>
                    <w:rFonts w:ascii="Calibri" w:hAnsi="Calibri" w:cs="Calibri"/>
                    <w:i/>
                    <w:color w:val="6B7280"/>
                  </w:rPr>
                  <w:t>Click or tap here to enter your response.</w:t>
                </w:r>
              </w:sdtContent>
            </w:sdt>
          </w:p>
          <w:p w14:paraId="6C185C14" w14:textId="77777777" w:rsidR="005374D4" w:rsidRPr="00796EBF" w:rsidRDefault="00000000">
            <w:pPr>
              <w:rPr>
                <w:rFonts w:ascii="Calibri" w:hAnsi="Calibri" w:cs="Calibri"/>
              </w:rPr>
            </w:pPr>
            <w:r w:rsidRPr="00796EBF">
              <w:rPr>
                <w:rFonts w:ascii="Calibri" w:hAnsi="Calibri" w:cs="Calibri"/>
              </w:rPr>
              <w:t xml:space="preserve"> </w:t>
            </w:r>
          </w:p>
          <w:p w14:paraId="7D915BEB" w14:textId="77777777" w:rsidR="005374D4" w:rsidRPr="00796EBF" w:rsidRDefault="00000000">
            <w:pPr>
              <w:rPr>
                <w:rFonts w:ascii="Calibri" w:hAnsi="Calibri" w:cs="Calibri"/>
              </w:rPr>
            </w:pPr>
            <w:r w:rsidRPr="00796EBF">
              <w:rPr>
                <w:rFonts w:ascii="Calibri" w:hAnsi="Calibri" w:cs="Calibri"/>
              </w:rPr>
              <w:t xml:space="preserve"> </w:t>
            </w:r>
          </w:p>
        </w:tc>
      </w:tr>
    </w:tbl>
    <w:p w14:paraId="6DD021CA" w14:textId="77777777" w:rsidR="005374D4" w:rsidRPr="00796EBF" w:rsidRDefault="005374D4">
      <w:pPr>
        <w:spacing w:after="0"/>
        <w:rPr>
          <w:rFonts w:ascii="Calibri" w:hAnsi="Calibri" w:cs="Calibri"/>
        </w:rPr>
      </w:pPr>
    </w:p>
    <w:p w14:paraId="64AD27AF" w14:textId="77777777" w:rsidR="005374D4" w:rsidRPr="00796EBF" w:rsidRDefault="00000000">
      <w:pPr>
        <w:pStyle w:val="Heading1"/>
        <w:rPr>
          <w:rFonts w:ascii="Calibri" w:hAnsi="Calibri" w:cs="Calibri"/>
          <w:sz w:val="30"/>
          <w:szCs w:val="30"/>
        </w:rPr>
      </w:pPr>
      <w:r w:rsidRPr="00796EBF">
        <w:rPr>
          <w:rFonts w:ascii="Calibri" w:hAnsi="Calibri" w:cs="Calibri"/>
          <w:sz w:val="30"/>
          <w:szCs w:val="30"/>
        </w:rPr>
        <w:lastRenderedPageBreak/>
        <w:t>Final submission checklist</w:t>
      </w:r>
    </w:p>
    <w:p w14:paraId="61D85497" w14:textId="77777777" w:rsidR="005374D4" w:rsidRPr="00796EBF" w:rsidRDefault="00000000">
      <w:pPr>
        <w:rPr>
          <w:rFonts w:ascii="Calibri" w:hAnsi="Calibri" w:cs="Calibri"/>
          <w:sz w:val="22"/>
        </w:rPr>
      </w:pPr>
      <w:r w:rsidRPr="00796EBF">
        <w:rPr>
          <w:rFonts w:ascii="Segoe UI Symbol" w:hAnsi="Segoe UI Symbol" w:cs="Segoe UI Symbol"/>
          <w:sz w:val="22"/>
        </w:rPr>
        <w:t>☐</w:t>
      </w:r>
      <w:r w:rsidRPr="00796EBF">
        <w:rPr>
          <w:rFonts w:ascii="Calibri" w:hAnsi="Calibri" w:cs="Calibri"/>
          <w:sz w:val="22"/>
        </w:rPr>
        <w:t xml:space="preserve"> All application questions are complete.</w:t>
      </w:r>
    </w:p>
    <w:p w14:paraId="433213E6" w14:textId="77777777" w:rsidR="005374D4" w:rsidRPr="00796EBF" w:rsidRDefault="00000000">
      <w:pPr>
        <w:rPr>
          <w:rFonts w:ascii="Calibri" w:hAnsi="Calibri" w:cs="Calibri"/>
          <w:sz w:val="22"/>
        </w:rPr>
      </w:pPr>
      <w:r w:rsidRPr="00796EBF">
        <w:rPr>
          <w:rFonts w:ascii="Segoe UI Symbol" w:hAnsi="Segoe UI Symbol" w:cs="Segoe UI Symbol"/>
          <w:sz w:val="22"/>
        </w:rPr>
        <w:t>☐</w:t>
      </w:r>
      <w:r w:rsidRPr="00796EBF">
        <w:rPr>
          <w:rFonts w:ascii="Calibri" w:hAnsi="Calibri" w:cs="Calibri"/>
          <w:sz w:val="22"/>
        </w:rPr>
        <w:t xml:space="preserve"> This completed application has been saved/exported as a PDF.</w:t>
      </w:r>
    </w:p>
    <w:p w14:paraId="73323FBC" w14:textId="77777777" w:rsidR="005374D4" w:rsidRPr="00796EBF" w:rsidRDefault="00000000">
      <w:pPr>
        <w:rPr>
          <w:rFonts w:ascii="Calibri" w:hAnsi="Calibri" w:cs="Calibri"/>
          <w:sz w:val="22"/>
        </w:rPr>
      </w:pPr>
      <w:r w:rsidRPr="00796EBF">
        <w:rPr>
          <w:rFonts w:ascii="Segoe UI Symbol" w:hAnsi="Segoe UI Symbol" w:cs="Segoe UI Symbol"/>
          <w:sz w:val="22"/>
        </w:rPr>
        <w:t>☐</w:t>
      </w:r>
      <w:r w:rsidRPr="00796EBF">
        <w:rPr>
          <w:rFonts w:ascii="Calibri" w:hAnsi="Calibri" w:cs="Calibri"/>
          <w:sz w:val="22"/>
        </w:rPr>
        <w:t xml:space="preserve"> The completed budget template has been saved/exported as a PDF.</w:t>
      </w:r>
    </w:p>
    <w:p w14:paraId="69C3FFB0" w14:textId="77777777" w:rsidR="005374D4" w:rsidRPr="00796EBF" w:rsidRDefault="00000000">
      <w:pPr>
        <w:rPr>
          <w:rFonts w:ascii="Calibri" w:hAnsi="Calibri" w:cs="Calibri"/>
          <w:sz w:val="22"/>
        </w:rPr>
      </w:pPr>
      <w:r w:rsidRPr="00796EBF">
        <w:rPr>
          <w:rFonts w:ascii="Segoe UI Symbol" w:hAnsi="Segoe UI Symbol" w:cs="Segoe UI Symbol"/>
          <w:sz w:val="22"/>
        </w:rPr>
        <w:t>☐</w:t>
      </w:r>
      <w:r w:rsidRPr="00796EBF">
        <w:rPr>
          <w:rFonts w:ascii="Calibri" w:hAnsi="Calibri" w:cs="Calibri"/>
          <w:sz w:val="22"/>
        </w:rPr>
        <w:t xml:space="preserve"> Both PDFs have been uploaded through the YCAF Application page on EngagePGH by the deadline.</w:t>
      </w:r>
    </w:p>
    <w:p w14:paraId="1F34EE76" w14:textId="77777777" w:rsidR="005374D4" w:rsidRPr="00796EBF" w:rsidRDefault="00000000">
      <w:pPr>
        <w:rPr>
          <w:rFonts w:ascii="Calibri" w:hAnsi="Calibri" w:cs="Calibri"/>
          <w:sz w:val="22"/>
        </w:rPr>
      </w:pPr>
      <w:r w:rsidRPr="00796EBF">
        <w:rPr>
          <w:rFonts w:ascii="Segoe UI Symbol" w:hAnsi="Segoe UI Symbol" w:cs="Segoe UI Symbol"/>
          <w:sz w:val="22"/>
        </w:rPr>
        <w:t>☐</w:t>
      </w:r>
      <w:r w:rsidRPr="00796EBF">
        <w:rPr>
          <w:rFonts w:ascii="Calibri" w:hAnsi="Calibri" w:cs="Calibri"/>
          <w:sz w:val="22"/>
        </w:rPr>
        <w:t xml:space="preserve"> The sponsoring-organization representative completed the required certifications in the EngagePGH submission form.</w:t>
      </w:r>
    </w:p>
    <w:p w14:paraId="4CACF172" w14:textId="77777777" w:rsidR="005374D4" w:rsidRPr="00796EBF" w:rsidRDefault="00000000">
      <w:pPr>
        <w:pStyle w:val="Heading1"/>
        <w:rPr>
          <w:rFonts w:ascii="Calibri" w:hAnsi="Calibri" w:cs="Calibri"/>
          <w:sz w:val="22"/>
          <w:szCs w:val="22"/>
        </w:rPr>
      </w:pPr>
      <w:r w:rsidRPr="00796EBF">
        <w:rPr>
          <w:rFonts w:ascii="Calibri" w:hAnsi="Calibri" w:cs="Calibri"/>
          <w:sz w:val="22"/>
          <w:szCs w:val="22"/>
        </w:rPr>
        <w:t>Application assistance</w:t>
      </w:r>
    </w:p>
    <w:p w14:paraId="21B76E52" w14:textId="5A748588" w:rsidR="005374D4" w:rsidRDefault="00000000">
      <w:pPr>
        <w:rPr>
          <w:rFonts w:ascii="Calibri" w:hAnsi="Calibri" w:cs="Calibri"/>
          <w:sz w:val="22"/>
        </w:rPr>
      </w:pPr>
      <w:r w:rsidRPr="00796EBF">
        <w:rPr>
          <w:rFonts w:ascii="Calibri" w:hAnsi="Calibri" w:cs="Calibri"/>
          <w:sz w:val="22"/>
        </w:rPr>
        <w:t xml:space="preserve">The </w:t>
      </w:r>
      <w:proofErr w:type="gramStart"/>
      <w:r w:rsidRPr="00796EBF">
        <w:rPr>
          <w:rFonts w:ascii="Calibri" w:hAnsi="Calibri" w:cs="Calibri"/>
          <w:sz w:val="22"/>
        </w:rPr>
        <w:t>City</w:t>
      </w:r>
      <w:proofErr w:type="gramEnd"/>
      <w:r w:rsidRPr="00796EBF">
        <w:rPr>
          <w:rFonts w:ascii="Calibri" w:hAnsi="Calibri" w:cs="Calibri"/>
          <w:sz w:val="22"/>
        </w:rPr>
        <w:t xml:space="preserve"> will offer information sessions and application assistance during the application period. For current dates, submission instructions and contact information, visit </w:t>
      </w:r>
      <w:hyperlink r:id="rId9" w:history="1"/>
      <w:hyperlink r:id="rId10" w:history="1">
        <w:r w:rsidR="00E82DAA" w:rsidRPr="00E82DAA">
          <w:rPr>
            <w:rStyle w:val="Hyperlink"/>
            <w:rFonts w:ascii="Calibri" w:hAnsi="Calibri" w:cs="Calibri"/>
            <w:sz w:val="22"/>
          </w:rPr>
          <w:t>PGH Youth Climate Action Fund | EngagePgh</w:t>
        </w:r>
      </w:hyperlink>
      <w:r w:rsidR="00E82DAA">
        <w:rPr>
          <w:rFonts w:ascii="Calibri" w:hAnsi="Calibri" w:cs="Calibri"/>
          <w:sz w:val="22"/>
        </w:rPr>
        <w:t xml:space="preserve"> or email </w:t>
      </w:r>
      <w:hyperlink r:id="rId11" w:history="1">
        <w:r w:rsidR="00E82DAA" w:rsidRPr="0007332C">
          <w:rPr>
            <w:rStyle w:val="Hyperlink"/>
            <w:rFonts w:ascii="Calibri" w:hAnsi="Calibri" w:cs="Calibri"/>
            <w:sz w:val="22"/>
          </w:rPr>
          <w:t>ycaf@pittsburghpa.gov</w:t>
        </w:r>
      </w:hyperlink>
      <w:r w:rsidR="00E82DAA">
        <w:rPr>
          <w:rFonts w:ascii="Calibri" w:hAnsi="Calibri" w:cs="Calibri"/>
          <w:sz w:val="22"/>
        </w:rPr>
        <w:t>.</w:t>
      </w:r>
    </w:p>
    <w:sectPr w:rsidR="005374D4" w:rsidSect="00034616">
      <w:footerReference w:type="default" r:id="rId12"/>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0C74B" w14:textId="77777777" w:rsidR="0075771B" w:rsidRDefault="0075771B">
      <w:pPr>
        <w:spacing w:after="0" w:line="240" w:lineRule="auto"/>
      </w:pPr>
      <w:r>
        <w:separator/>
      </w:r>
    </w:p>
  </w:endnote>
  <w:endnote w:type="continuationSeparator" w:id="0">
    <w:p w14:paraId="0ED1924F" w14:textId="77777777" w:rsidR="0075771B" w:rsidRDefault="00757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D1D22" w14:textId="77777777" w:rsidR="005374D4" w:rsidRDefault="00000000">
    <w:pPr>
      <w:pStyle w:val="Footer"/>
      <w:jc w:val="center"/>
    </w:pPr>
    <w:r>
      <w:rPr>
        <w:color w:val="60646C"/>
        <w:sz w:val="16"/>
      </w:rPr>
      <w:t xml:space="preserve">City of Pittsburgh • Youth Climate Action Fund • Application </w:t>
    </w:r>
    <w:proofErr w:type="gramStart"/>
    <w:r>
      <w:rPr>
        <w:color w:val="60646C"/>
        <w:sz w:val="16"/>
      </w:rPr>
      <w:t>Workbook  |</w:t>
    </w:r>
    <w:proofErr w:type="gramEnd"/>
    <w:r>
      <w:rPr>
        <w:color w:val="60646C"/>
        <w:sz w:val="16"/>
      </w:rPr>
      <w:t xml:space="preserve">  </w:t>
    </w:r>
    <w:r>
      <w:fldChar w:fldCharType="begin"/>
    </w:r>
    <w:r>
      <w:instrText>PAGE</w:instrText>
    </w:r>
    <w:r>
      <w:fldChar w:fldCharType="separate"/>
    </w:r>
    <w:r w:rsidR="00602F5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16F58" w14:textId="77777777" w:rsidR="0075771B" w:rsidRDefault="0075771B">
      <w:pPr>
        <w:spacing w:after="0" w:line="240" w:lineRule="auto"/>
      </w:pPr>
      <w:r>
        <w:separator/>
      </w:r>
    </w:p>
  </w:footnote>
  <w:footnote w:type="continuationSeparator" w:id="0">
    <w:p w14:paraId="052B1206" w14:textId="77777777" w:rsidR="0075771B" w:rsidRDefault="007577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8188761">
    <w:abstractNumId w:val="8"/>
  </w:num>
  <w:num w:numId="2" w16cid:durableId="1671055734">
    <w:abstractNumId w:val="6"/>
  </w:num>
  <w:num w:numId="3" w16cid:durableId="1808625401">
    <w:abstractNumId w:val="5"/>
  </w:num>
  <w:num w:numId="4" w16cid:durableId="1985967992">
    <w:abstractNumId w:val="4"/>
  </w:num>
  <w:num w:numId="5" w16cid:durableId="1488403516">
    <w:abstractNumId w:val="7"/>
  </w:num>
  <w:num w:numId="6" w16cid:durableId="1497572496">
    <w:abstractNumId w:val="3"/>
  </w:num>
  <w:num w:numId="7" w16cid:durableId="1735468893">
    <w:abstractNumId w:val="2"/>
  </w:num>
  <w:num w:numId="8" w16cid:durableId="1121075835">
    <w:abstractNumId w:val="1"/>
  </w:num>
  <w:num w:numId="9" w16cid:durableId="947659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B05"/>
    <w:rsid w:val="0015074B"/>
    <w:rsid w:val="0029639D"/>
    <w:rsid w:val="00326F90"/>
    <w:rsid w:val="004C5DE2"/>
    <w:rsid w:val="005374D4"/>
    <w:rsid w:val="00602F54"/>
    <w:rsid w:val="0075771B"/>
    <w:rsid w:val="00796EBF"/>
    <w:rsid w:val="008F3E5A"/>
    <w:rsid w:val="00AA1D8D"/>
    <w:rsid w:val="00B47730"/>
    <w:rsid w:val="00CB0664"/>
    <w:rsid w:val="00D10C64"/>
    <w:rsid w:val="00E82D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50C731"/>
  <w14:defaultImageDpi w14:val="300"/>
  <w15:docId w15:val="{EA0EC93B-7165-4BC8-913C-B85D7152B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202124"/>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C71"/>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B4F8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3C71"/>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pPr>
      <w:spacing w:before="160" w:after="60"/>
    </w:pPr>
    <w:rPr>
      <w:rFonts w:ascii="Aptos" w:hAnsi="Aptos"/>
      <w:b/>
      <w:color w:val="202124"/>
      <w:sz w:val="21"/>
    </w:rPr>
  </w:style>
  <w:style w:type="paragraph" w:customStyle="1" w:styleId="Guidance">
    <w:name w:val="Guidance"/>
    <w:pPr>
      <w:spacing w:after="60"/>
    </w:pPr>
    <w:rPr>
      <w:rFonts w:ascii="Aptos" w:hAnsi="Aptos"/>
      <w:i/>
      <w:color w:val="5F6368"/>
      <w:sz w:val="18"/>
    </w:rPr>
  </w:style>
  <w:style w:type="paragraph" w:customStyle="1" w:styleId="SectionHeading">
    <w:name w:val="Section Heading"/>
    <w:pPr>
      <w:keepNext/>
      <w:spacing w:before="280" w:after="100"/>
    </w:pPr>
    <w:rPr>
      <w:rFonts w:ascii="Aptos Display" w:hAnsi="Aptos Display"/>
      <w:b/>
      <w:color w:val="003C71"/>
      <w:sz w:val="30"/>
    </w:rPr>
  </w:style>
  <w:style w:type="character" w:styleId="Hyperlink">
    <w:name w:val="Hyperlink"/>
    <w:basedOn w:val="DefaultParagraphFont"/>
    <w:uiPriority w:val="99"/>
    <w:unhideWhenUsed/>
    <w:rsid w:val="00796EBF"/>
    <w:rPr>
      <w:color w:val="0000FF" w:themeColor="hyperlink"/>
      <w:u w:val="single"/>
    </w:rPr>
  </w:style>
  <w:style w:type="character" w:styleId="UnresolvedMention">
    <w:name w:val="Unresolved Mention"/>
    <w:basedOn w:val="DefaultParagraphFont"/>
    <w:uiPriority w:val="99"/>
    <w:semiHidden/>
    <w:unhideWhenUsed/>
    <w:rsid w:val="00796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age.pittsburghpa.gov/ycaf-applica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caf@pittsburghpa.gov" TargetMode="External"/><Relationship Id="rId5" Type="http://schemas.openxmlformats.org/officeDocument/2006/relationships/webSettings" Target="webSettings.xml"/><Relationship Id="rId10" Type="http://schemas.openxmlformats.org/officeDocument/2006/relationships/hyperlink" Target="https://engage.pittsburghpa.gov/pgh-youth-climate-action-fund" TargetMode="External"/><Relationship Id="rId4" Type="http://schemas.openxmlformats.org/officeDocument/2006/relationships/settings" Target="settings.xml"/><Relationship Id="rId9" Type="http://schemas.openxmlformats.org/officeDocument/2006/relationships/hyperlink" Target="https://engage.pittsburghpa.gov/pgh-youth-climate-action-fun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hayhurst</dc:creator>
  <cp:keywords/>
  <dc:description>generated by python-docx</dc:description>
  <cp:lastModifiedBy>Hayhurst, Andrew</cp:lastModifiedBy>
  <cp:revision>4</cp:revision>
  <dcterms:created xsi:type="dcterms:W3CDTF">2026-08-20T19:12:00Z</dcterms:created>
  <dcterms:modified xsi:type="dcterms:W3CDTF">2026-08-20T19:28:00Z</dcterms:modified>
  <cp:category/>
</cp:coreProperties>
</file>